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94F73" w14:textId="77777777" w:rsidR="0032501D" w:rsidRDefault="00000000">
      <w:pPr>
        <w:jc w:val="center"/>
      </w:pPr>
      <w:r>
        <w:rPr>
          <w:b/>
          <w:color w:val="18334D"/>
          <w:sz w:val="30"/>
        </w:rPr>
        <w:t>9-TEAM SLOWPITCH SOFTBALL SCHEDULE</w:t>
      </w:r>
    </w:p>
    <w:p w14:paraId="6B09D713" w14:textId="77777777" w:rsidR="0032501D" w:rsidRDefault="00000000" w:rsidP="00664D7C">
      <w:pPr>
        <w:jc w:val="center"/>
      </w:pPr>
      <w:r>
        <w:rPr>
          <w:b/>
          <w:sz w:val="16"/>
        </w:rPr>
        <w:t>4-WEEK REGULAR SEASON  •  FIELDS 6–8  •  2 GAMES PER TEAM EACH WEEK</w:t>
      </w:r>
    </w:p>
    <w:p w14:paraId="738CEE1C" w14:textId="77777777" w:rsidR="0032501D" w:rsidRDefault="00000000" w:rsidP="00664D7C">
      <w:pPr>
        <w:spacing w:before="100"/>
        <w:jc w:val="center"/>
      </w:pPr>
      <w:r>
        <w:rPr>
          <w:b/>
          <w:sz w:val="18"/>
        </w:rPr>
        <w:t>WEEK 1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9"/>
        <w:gridCol w:w="3398"/>
        <w:gridCol w:w="3398"/>
        <w:gridCol w:w="3398"/>
      </w:tblGrid>
      <w:tr w:rsidR="0032501D" w14:paraId="0B27D146" w14:textId="77777777">
        <w:trPr>
          <w:trHeight w:val="403"/>
          <w:jc w:val="center"/>
        </w:trPr>
        <w:tc>
          <w:tcPr>
            <w:tcW w:w="1224" w:type="dxa"/>
            <w:shd w:val="clear" w:color="auto" w:fill="DDEBF4"/>
            <w:vAlign w:val="center"/>
          </w:tcPr>
          <w:p w14:paraId="00978BE8" w14:textId="77777777" w:rsidR="0032501D" w:rsidRDefault="00000000" w:rsidP="00664D7C">
            <w:pPr>
              <w:jc w:val="center"/>
            </w:pPr>
            <w:r>
              <w:t>TIME</w:t>
            </w:r>
          </w:p>
        </w:tc>
        <w:tc>
          <w:tcPr>
            <w:tcW w:w="3398" w:type="dxa"/>
            <w:shd w:val="clear" w:color="auto" w:fill="DDEBF4"/>
            <w:vAlign w:val="center"/>
          </w:tcPr>
          <w:p w14:paraId="50DEEDC4" w14:textId="77777777" w:rsidR="0032501D" w:rsidRDefault="00000000" w:rsidP="00664D7C">
            <w:pPr>
              <w:jc w:val="center"/>
            </w:pPr>
            <w:r>
              <w:t>FIELD 6</w:t>
            </w:r>
          </w:p>
        </w:tc>
        <w:tc>
          <w:tcPr>
            <w:tcW w:w="3398" w:type="dxa"/>
            <w:shd w:val="clear" w:color="auto" w:fill="DDEBF4"/>
            <w:vAlign w:val="center"/>
          </w:tcPr>
          <w:p w14:paraId="135451AC" w14:textId="77777777" w:rsidR="0032501D" w:rsidRDefault="00000000" w:rsidP="00664D7C">
            <w:pPr>
              <w:jc w:val="center"/>
            </w:pPr>
            <w:r>
              <w:t>FIELD 7</w:t>
            </w:r>
          </w:p>
        </w:tc>
        <w:tc>
          <w:tcPr>
            <w:tcW w:w="3398" w:type="dxa"/>
            <w:shd w:val="clear" w:color="auto" w:fill="DDEBF4"/>
            <w:vAlign w:val="center"/>
          </w:tcPr>
          <w:p w14:paraId="24CDEDC8" w14:textId="77777777" w:rsidR="0032501D" w:rsidRDefault="00000000" w:rsidP="00664D7C">
            <w:pPr>
              <w:jc w:val="center"/>
            </w:pPr>
            <w:r>
              <w:t>FIELD 8</w:t>
            </w:r>
          </w:p>
        </w:tc>
      </w:tr>
      <w:tr w:rsidR="0032501D" w14:paraId="55CA8411" w14:textId="77777777">
        <w:trPr>
          <w:trHeight w:val="403"/>
          <w:jc w:val="center"/>
        </w:trPr>
        <w:tc>
          <w:tcPr>
            <w:tcW w:w="2949" w:type="dxa"/>
            <w:vAlign w:val="center"/>
          </w:tcPr>
          <w:p w14:paraId="11942613" w14:textId="77777777" w:rsidR="0032501D" w:rsidRDefault="00000000" w:rsidP="00664D7C">
            <w:pPr>
              <w:jc w:val="center"/>
            </w:pPr>
            <w:r>
              <w:t>7:05 PM</w:t>
            </w:r>
          </w:p>
        </w:tc>
        <w:tc>
          <w:tcPr>
            <w:tcW w:w="2949" w:type="dxa"/>
            <w:vAlign w:val="center"/>
          </w:tcPr>
          <w:p w14:paraId="7B8570DA" w14:textId="77777777" w:rsidR="0032501D" w:rsidRDefault="00000000" w:rsidP="00664D7C">
            <w:pPr>
              <w:jc w:val="center"/>
            </w:pPr>
            <w:r>
              <w:t>Balls Deep vs Circle B Fence</w:t>
            </w:r>
          </w:p>
        </w:tc>
        <w:tc>
          <w:tcPr>
            <w:tcW w:w="2949" w:type="dxa"/>
            <w:vAlign w:val="center"/>
          </w:tcPr>
          <w:p w14:paraId="4947661D" w14:textId="77777777" w:rsidR="0032501D" w:rsidRDefault="00000000" w:rsidP="00664D7C">
            <w:pPr>
              <w:jc w:val="center"/>
            </w:pPr>
            <w:r>
              <w:t>Flight Risk vs Furnace Blasters</w:t>
            </w:r>
          </w:p>
        </w:tc>
        <w:tc>
          <w:tcPr>
            <w:tcW w:w="2949" w:type="dxa"/>
            <w:vAlign w:val="center"/>
          </w:tcPr>
          <w:p w14:paraId="53253762" w14:textId="77777777" w:rsidR="0032501D" w:rsidRDefault="00000000" w:rsidP="00664D7C">
            <w:pPr>
              <w:jc w:val="center"/>
            </w:pPr>
            <w:r>
              <w:t>PRIMAL vs Shots Fired</w:t>
            </w:r>
          </w:p>
        </w:tc>
      </w:tr>
      <w:tr w:rsidR="0032501D" w14:paraId="4EEA3F16" w14:textId="77777777">
        <w:trPr>
          <w:trHeight w:val="403"/>
          <w:jc w:val="center"/>
        </w:trPr>
        <w:tc>
          <w:tcPr>
            <w:tcW w:w="2949" w:type="dxa"/>
            <w:vAlign w:val="center"/>
          </w:tcPr>
          <w:p w14:paraId="5539555E" w14:textId="77777777" w:rsidR="0032501D" w:rsidRDefault="00000000" w:rsidP="00664D7C">
            <w:pPr>
              <w:jc w:val="center"/>
            </w:pPr>
            <w:r>
              <w:t>8:10 PM</w:t>
            </w:r>
          </w:p>
        </w:tc>
        <w:tc>
          <w:tcPr>
            <w:tcW w:w="2949" w:type="dxa"/>
            <w:vAlign w:val="center"/>
          </w:tcPr>
          <w:p w14:paraId="138CE525" w14:textId="77777777" w:rsidR="0032501D" w:rsidRDefault="00000000" w:rsidP="00664D7C">
            <w:pPr>
              <w:jc w:val="center"/>
            </w:pPr>
            <w:r>
              <w:t>Circle B Fence vs Come and Take It</w:t>
            </w:r>
          </w:p>
        </w:tc>
        <w:tc>
          <w:tcPr>
            <w:tcW w:w="2949" w:type="dxa"/>
            <w:vAlign w:val="center"/>
          </w:tcPr>
          <w:p w14:paraId="1F3F88CC" w14:textId="77777777" w:rsidR="0032501D" w:rsidRDefault="00000000" w:rsidP="00664D7C">
            <w:pPr>
              <w:jc w:val="center"/>
            </w:pPr>
            <w:r>
              <w:t>Furnace Blasters vs Goyard</w:t>
            </w:r>
          </w:p>
        </w:tc>
        <w:tc>
          <w:tcPr>
            <w:tcW w:w="2949" w:type="dxa"/>
            <w:vAlign w:val="center"/>
          </w:tcPr>
          <w:p w14:paraId="636FB11B" w14:textId="77777777" w:rsidR="0032501D" w:rsidRDefault="00000000" w:rsidP="00664D7C">
            <w:pPr>
              <w:jc w:val="center"/>
            </w:pPr>
            <w:r>
              <w:t>Shots Fired vs True Form Grounds</w:t>
            </w:r>
          </w:p>
        </w:tc>
      </w:tr>
      <w:tr w:rsidR="0032501D" w14:paraId="6E822327" w14:textId="77777777">
        <w:trPr>
          <w:trHeight w:val="403"/>
          <w:jc w:val="center"/>
        </w:trPr>
        <w:tc>
          <w:tcPr>
            <w:tcW w:w="2949" w:type="dxa"/>
            <w:vAlign w:val="center"/>
          </w:tcPr>
          <w:p w14:paraId="0B830683" w14:textId="51B6B36C" w:rsidR="0032501D" w:rsidRDefault="00000000" w:rsidP="00664D7C">
            <w:pPr>
              <w:jc w:val="center"/>
            </w:pPr>
            <w:r>
              <w:t>9:</w:t>
            </w:r>
            <w:r w:rsidR="00664D7C">
              <w:t>15</w:t>
            </w:r>
            <w:r>
              <w:t xml:space="preserve"> PM</w:t>
            </w:r>
          </w:p>
        </w:tc>
        <w:tc>
          <w:tcPr>
            <w:tcW w:w="2949" w:type="dxa"/>
            <w:vAlign w:val="center"/>
          </w:tcPr>
          <w:p w14:paraId="3C9D890F" w14:textId="77777777" w:rsidR="0032501D" w:rsidRDefault="00000000" w:rsidP="00664D7C">
            <w:pPr>
              <w:jc w:val="center"/>
            </w:pPr>
            <w:r>
              <w:t>Come and Take It vs Flight Risk</w:t>
            </w:r>
          </w:p>
        </w:tc>
        <w:tc>
          <w:tcPr>
            <w:tcW w:w="2949" w:type="dxa"/>
            <w:vAlign w:val="center"/>
          </w:tcPr>
          <w:p w14:paraId="029FEA81" w14:textId="77777777" w:rsidR="0032501D" w:rsidRDefault="00000000" w:rsidP="00664D7C">
            <w:pPr>
              <w:jc w:val="center"/>
            </w:pPr>
            <w:r>
              <w:t>True Form Grounds vs Balls Deep</w:t>
            </w:r>
          </w:p>
        </w:tc>
        <w:tc>
          <w:tcPr>
            <w:tcW w:w="2949" w:type="dxa"/>
            <w:vAlign w:val="center"/>
          </w:tcPr>
          <w:p w14:paraId="4BF41979" w14:textId="77777777" w:rsidR="0032501D" w:rsidRDefault="00000000" w:rsidP="00664D7C">
            <w:pPr>
              <w:jc w:val="center"/>
            </w:pPr>
            <w:r>
              <w:t>Goyard vs PRIMAL</w:t>
            </w:r>
          </w:p>
        </w:tc>
      </w:tr>
    </w:tbl>
    <w:p w14:paraId="118B8B1A" w14:textId="77777777" w:rsidR="0032501D" w:rsidRDefault="00000000" w:rsidP="00664D7C">
      <w:pPr>
        <w:spacing w:before="100"/>
        <w:jc w:val="center"/>
      </w:pPr>
      <w:r>
        <w:rPr>
          <w:b/>
          <w:sz w:val="18"/>
        </w:rPr>
        <w:t>WEEK 2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9"/>
        <w:gridCol w:w="3398"/>
        <w:gridCol w:w="3398"/>
        <w:gridCol w:w="3398"/>
      </w:tblGrid>
      <w:tr w:rsidR="0032501D" w14:paraId="18E83D07" w14:textId="77777777">
        <w:trPr>
          <w:trHeight w:val="403"/>
          <w:jc w:val="center"/>
        </w:trPr>
        <w:tc>
          <w:tcPr>
            <w:tcW w:w="1224" w:type="dxa"/>
            <w:shd w:val="clear" w:color="auto" w:fill="DDEBF4"/>
            <w:vAlign w:val="center"/>
          </w:tcPr>
          <w:p w14:paraId="316428B5" w14:textId="77777777" w:rsidR="0032501D" w:rsidRDefault="00000000" w:rsidP="00664D7C">
            <w:pPr>
              <w:jc w:val="center"/>
            </w:pPr>
            <w:r>
              <w:t>TIME</w:t>
            </w:r>
          </w:p>
        </w:tc>
        <w:tc>
          <w:tcPr>
            <w:tcW w:w="3398" w:type="dxa"/>
            <w:shd w:val="clear" w:color="auto" w:fill="DDEBF4"/>
            <w:vAlign w:val="center"/>
          </w:tcPr>
          <w:p w14:paraId="6A7A6D6F" w14:textId="77777777" w:rsidR="0032501D" w:rsidRDefault="00000000" w:rsidP="00664D7C">
            <w:pPr>
              <w:jc w:val="center"/>
            </w:pPr>
            <w:r>
              <w:t>FIELD 6</w:t>
            </w:r>
          </w:p>
        </w:tc>
        <w:tc>
          <w:tcPr>
            <w:tcW w:w="3398" w:type="dxa"/>
            <w:shd w:val="clear" w:color="auto" w:fill="DDEBF4"/>
            <w:vAlign w:val="center"/>
          </w:tcPr>
          <w:p w14:paraId="75C538AD" w14:textId="77777777" w:rsidR="0032501D" w:rsidRDefault="00000000" w:rsidP="00664D7C">
            <w:pPr>
              <w:jc w:val="center"/>
            </w:pPr>
            <w:r>
              <w:t>FIELD 7</w:t>
            </w:r>
          </w:p>
        </w:tc>
        <w:tc>
          <w:tcPr>
            <w:tcW w:w="3398" w:type="dxa"/>
            <w:shd w:val="clear" w:color="auto" w:fill="DDEBF4"/>
            <w:vAlign w:val="center"/>
          </w:tcPr>
          <w:p w14:paraId="2A1C40A1" w14:textId="77777777" w:rsidR="0032501D" w:rsidRDefault="00000000" w:rsidP="00664D7C">
            <w:pPr>
              <w:jc w:val="center"/>
            </w:pPr>
            <w:r>
              <w:t>FIELD 8</w:t>
            </w:r>
          </w:p>
        </w:tc>
      </w:tr>
      <w:tr w:rsidR="0032501D" w14:paraId="1EA92468" w14:textId="77777777">
        <w:trPr>
          <w:trHeight w:val="403"/>
          <w:jc w:val="center"/>
        </w:trPr>
        <w:tc>
          <w:tcPr>
            <w:tcW w:w="2949" w:type="dxa"/>
            <w:vAlign w:val="center"/>
          </w:tcPr>
          <w:p w14:paraId="2079F589" w14:textId="77777777" w:rsidR="0032501D" w:rsidRDefault="00000000" w:rsidP="00664D7C">
            <w:pPr>
              <w:jc w:val="center"/>
            </w:pPr>
            <w:r>
              <w:t>7:05 PM</w:t>
            </w:r>
          </w:p>
        </w:tc>
        <w:tc>
          <w:tcPr>
            <w:tcW w:w="2949" w:type="dxa"/>
            <w:vAlign w:val="center"/>
          </w:tcPr>
          <w:p w14:paraId="01CD40E5" w14:textId="77777777" w:rsidR="0032501D" w:rsidRDefault="00000000" w:rsidP="00664D7C">
            <w:pPr>
              <w:jc w:val="center"/>
            </w:pPr>
            <w:r>
              <w:t>Balls Deep vs Come and Take It</w:t>
            </w:r>
          </w:p>
        </w:tc>
        <w:tc>
          <w:tcPr>
            <w:tcW w:w="2949" w:type="dxa"/>
            <w:vAlign w:val="center"/>
          </w:tcPr>
          <w:p w14:paraId="3A3F468B" w14:textId="77777777" w:rsidR="0032501D" w:rsidRDefault="00000000" w:rsidP="00664D7C">
            <w:pPr>
              <w:jc w:val="center"/>
            </w:pPr>
            <w:r>
              <w:t>PRIMAL vs True Form Grounds</w:t>
            </w:r>
          </w:p>
        </w:tc>
        <w:tc>
          <w:tcPr>
            <w:tcW w:w="2949" w:type="dxa"/>
            <w:vAlign w:val="center"/>
          </w:tcPr>
          <w:p w14:paraId="28820290" w14:textId="77777777" w:rsidR="0032501D" w:rsidRDefault="00000000" w:rsidP="00664D7C">
            <w:pPr>
              <w:jc w:val="center"/>
            </w:pPr>
            <w:r>
              <w:t>Flight Risk vs Goyard</w:t>
            </w:r>
          </w:p>
        </w:tc>
      </w:tr>
      <w:tr w:rsidR="0032501D" w14:paraId="07017389" w14:textId="77777777">
        <w:trPr>
          <w:trHeight w:val="403"/>
          <w:jc w:val="center"/>
        </w:trPr>
        <w:tc>
          <w:tcPr>
            <w:tcW w:w="2949" w:type="dxa"/>
            <w:vAlign w:val="center"/>
          </w:tcPr>
          <w:p w14:paraId="59E6784E" w14:textId="77777777" w:rsidR="0032501D" w:rsidRDefault="00000000" w:rsidP="00664D7C">
            <w:pPr>
              <w:jc w:val="center"/>
            </w:pPr>
            <w:r>
              <w:t>8:10 PM</w:t>
            </w:r>
          </w:p>
        </w:tc>
        <w:tc>
          <w:tcPr>
            <w:tcW w:w="2949" w:type="dxa"/>
            <w:vAlign w:val="center"/>
          </w:tcPr>
          <w:p w14:paraId="79A22FF5" w14:textId="77777777" w:rsidR="0032501D" w:rsidRDefault="00000000" w:rsidP="00664D7C">
            <w:pPr>
              <w:jc w:val="center"/>
            </w:pPr>
            <w:r>
              <w:t>Come and Take It vs Furnace Blasters</w:t>
            </w:r>
          </w:p>
        </w:tc>
        <w:tc>
          <w:tcPr>
            <w:tcW w:w="2949" w:type="dxa"/>
            <w:vAlign w:val="center"/>
          </w:tcPr>
          <w:p w14:paraId="5E16D239" w14:textId="77777777" w:rsidR="0032501D" w:rsidRDefault="00000000" w:rsidP="00664D7C">
            <w:pPr>
              <w:jc w:val="center"/>
            </w:pPr>
            <w:r>
              <w:t>True Form Grounds vs Circle B Fence</w:t>
            </w:r>
          </w:p>
        </w:tc>
        <w:tc>
          <w:tcPr>
            <w:tcW w:w="2949" w:type="dxa"/>
            <w:vAlign w:val="center"/>
          </w:tcPr>
          <w:p w14:paraId="2C8BB73D" w14:textId="77777777" w:rsidR="0032501D" w:rsidRDefault="00000000" w:rsidP="00664D7C">
            <w:pPr>
              <w:jc w:val="center"/>
            </w:pPr>
            <w:r>
              <w:t>Goyard vs Shots Fired</w:t>
            </w:r>
          </w:p>
        </w:tc>
      </w:tr>
      <w:tr w:rsidR="0032501D" w14:paraId="076BE5D7" w14:textId="77777777">
        <w:trPr>
          <w:trHeight w:val="403"/>
          <w:jc w:val="center"/>
        </w:trPr>
        <w:tc>
          <w:tcPr>
            <w:tcW w:w="2949" w:type="dxa"/>
            <w:vAlign w:val="center"/>
          </w:tcPr>
          <w:p w14:paraId="5DB9F01C" w14:textId="767A2328" w:rsidR="0032501D" w:rsidRDefault="00000000" w:rsidP="00664D7C">
            <w:pPr>
              <w:jc w:val="center"/>
            </w:pPr>
            <w:r>
              <w:t>9:</w:t>
            </w:r>
            <w:r w:rsidR="00664D7C">
              <w:t>15</w:t>
            </w:r>
            <w:r>
              <w:t xml:space="preserve"> PM</w:t>
            </w:r>
          </w:p>
        </w:tc>
        <w:tc>
          <w:tcPr>
            <w:tcW w:w="2949" w:type="dxa"/>
            <w:vAlign w:val="center"/>
          </w:tcPr>
          <w:p w14:paraId="413D5BDB" w14:textId="77777777" w:rsidR="0032501D" w:rsidRDefault="00000000" w:rsidP="00664D7C">
            <w:pPr>
              <w:jc w:val="center"/>
            </w:pPr>
            <w:r>
              <w:t>Furnace Blasters vs PRIMAL</w:t>
            </w:r>
          </w:p>
        </w:tc>
        <w:tc>
          <w:tcPr>
            <w:tcW w:w="2949" w:type="dxa"/>
            <w:vAlign w:val="center"/>
          </w:tcPr>
          <w:p w14:paraId="69F9B9CC" w14:textId="77777777" w:rsidR="0032501D" w:rsidRDefault="00000000" w:rsidP="00664D7C">
            <w:pPr>
              <w:jc w:val="center"/>
            </w:pPr>
            <w:r>
              <w:t>Shots Fired vs Balls Deep</w:t>
            </w:r>
          </w:p>
        </w:tc>
        <w:tc>
          <w:tcPr>
            <w:tcW w:w="2949" w:type="dxa"/>
            <w:vAlign w:val="center"/>
          </w:tcPr>
          <w:p w14:paraId="2C59ADC3" w14:textId="77777777" w:rsidR="0032501D" w:rsidRDefault="00000000" w:rsidP="00664D7C">
            <w:pPr>
              <w:jc w:val="center"/>
            </w:pPr>
            <w:r>
              <w:t>Circle B Fence vs Flight Risk</w:t>
            </w:r>
          </w:p>
        </w:tc>
      </w:tr>
    </w:tbl>
    <w:p w14:paraId="515D0DF8" w14:textId="77777777" w:rsidR="0032501D" w:rsidRDefault="00000000" w:rsidP="00664D7C">
      <w:pPr>
        <w:spacing w:before="100"/>
        <w:jc w:val="center"/>
      </w:pPr>
      <w:r>
        <w:rPr>
          <w:b/>
          <w:sz w:val="18"/>
        </w:rPr>
        <w:t>WEEK 3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9"/>
        <w:gridCol w:w="3398"/>
        <w:gridCol w:w="3398"/>
        <w:gridCol w:w="3398"/>
      </w:tblGrid>
      <w:tr w:rsidR="0032501D" w14:paraId="0A7AB3FA" w14:textId="77777777">
        <w:trPr>
          <w:trHeight w:val="403"/>
          <w:jc w:val="center"/>
        </w:trPr>
        <w:tc>
          <w:tcPr>
            <w:tcW w:w="1224" w:type="dxa"/>
            <w:shd w:val="clear" w:color="auto" w:fill="DDEBF4"/>
            <w:vAlign w:val="center"/>
          </w:tcPr>
          <w:p w14:paraId="79EDCB04" w14:textId="77777777" w:rsidR="0032501D" w:rsidRDefault="00000000" w:rsidP="00664D7C">
            <w:pPr>
              <w:jc w:val="center"/>
            </w:pPr>
            <w:r>
              <w:t>TIME</w:t>
            </w:r>
          </w:p>
        </w:tc>
        <w:tc>
          <w:tcPr>
            <w:tcW w:w="3398" w:type="dxa"/>
            <w:shd w:val="clear" w:color="auto" w:fill="DDEBF4"/>
            <w:vAlign w:val="center"/>
          </w:tcPr>
          <w:p w14:paraId="3292562F" w14:textId="77777777" w:rsidR="0032501D" w:rsidRDefault="00000000" w:rsidP="00664D7C">
            <w:pPr>
              <w:jc w:val="center"/>
            </w:pPr>
            <w:r>
              <w:t>FIELD 6</w:t>
            </w:r>
          </w:p>
        </w:tc>
        <w:tc>
          <w:tcPr>
            <w:tcW w:w="3398" w:type="dxa"/>
            <w:shd w:val="clear" w:color="auto" w:fill="DDEBF4"/>
            <w:vAlign w:val="center"/>
          </w:tcPr>
          <w:p w14:paraId="33011B1F" w14:textId="77777777" w:rsidR="0032501D" w:rsidRDefault="00000000" w:rsidP="00664D7C">
            <w:pPr>
              <w:jc w:val="center"/>
            </w:pPr>
            <w:r>
              <w:t>FIELD 7</w:t>
            </w:r>
          </w:p>
        </w:tc>
        <w:tc>
          <w:tcPr>
            <w:tcW w:w="3398" w:type="dxa"/>
            <w:shd w:val="clear" w:color="auto" w:fill="DDEBF4"/>
            <w:vAlign w:val="center"/>
          </w:tcPr>
          <w:p w14:paraId="4C7A4A21" w14:textId="77777777" w:rsidR="0032501D" w:rsidRDefault="00000000" w:rsidP="00664D7C">
            <w:pPr>
              <w:jc w:val="center"/>
            </w:pPr>
            <w:r>
              <w:t>FIELD 8</w:t>
            </w:r>
          </w:p>
        </w:tc>
      </w:tr>
      <w:tr w:rsidR="0032501D" w14:paraId="53700099" w14:textId="77777777">
        <w:trPr>
          <w:trHeight w:val="403"/>
          <w:jc w:val="center"/>
        </w:trPr>
        <w:tc>
          <w:tcPr>
            <w:tcW w:w="2949" w:type="dxa"/>
            <w:vAlign w:val="center"/>
          </w:tcPr>
          <w:p w14:paraId="20572516" w14:textId="77777777" w:rsidR="0032501D" w:rsidRDefault="00000000" w:rsidP="00664D7C">
            <w:pPr>
              <w:jc w:val="center"/>
            </w:pPr>
            <w:r>
              <w:t>7:05 PM</w:t>
            </w:r>
          </w:p>
        </w:tc>
        <w:tc>
          <w:tcPr>
            <w:tcW w:w="2949" w:type="dxa"/>
            <w:vAlign w:val="center"/>
          </w:tcPr>
          <w:p w14:paraId="4A36775C" w14:textId="77777777" w:rsidR="0032501D" w:rsidRDefault="00000000" w:rsidP="00664D7C">
            <w:pPr>
              <w:jc w:val="center"/>
            </w:pPr>
            <w:r>
              <w:t>Balls Deep vs Flight Risk</w:t>
            </w:r>
          </w:p>
        </w:tc>
        <w:tc>
          <w:tcPr>
            <w:tcW w:w="2949" w:type="dxa"/>
            <w:vAlign w:val="center"/>
          </w:tcPr>
          <w:p w14:paraId="268DF15F" w14:textId="77777777" w:rsidR="0032501D" w:rsidRDefault="00000000" w:rsidP="00664D7C">
            <w:pPr>
              <w:jc w:val="center"/>
            </w:pPr>
            <w:r>
              <w:t>Circle B Fence vs Furnace Blasters</w:t>
            </w:r>
          </w:p>
        </w:tc>
        <w:tc>
          <w:tcPr>
            <w:tcW w:w="2949" w:type="dxa"/>
            <w:vAlign w:val="center"/>
          </w:tcPr>
          <w:p w14:paraId="2E718109" w14:textId="77777777" w:rsidR="0032501D" w:rsidRDefault="00000000" w:rsidP="00664D7C">
            <w:pPr>
              <w:jc w:val="center"/>
            </w:pPr>
            <w:r>
              <w:t>Come and Take It vs Goyard</w:t>
            </w:r>
          </w:p>
        </w:tc>
      </w:tr>
      <w:tr w:rsidR="0032501D" w14:paraId="6C4A353D" w14:textId="77777777">
        <w:trPr>
          <w:trHeight w:val="403"/>
          <w:jc w:val="center"/>
        </w:trPr>
        <w:tc>
          <w:tcPr>
            <w:tcW w:w="2949" w:type="dxa"/>
            <w:vAlign w:val="center"/>
          </w:tcPr>
          <w:p w14:paraId="0AD3CE9E" w14:textId="77777777" w:rsidR="0032501D" w:rsidRDefault="00000000" w:rsidP="00664D7C">
            <w:pPr>
              <w:jc w:val="center"/>
            </w:pPr>
            <w:r>
              <w:t>8:10 PM</w:t>
            </w:r>
          </w:p>
        </w:tc>
        <w:tc>
          <w:tcPr>
            <w:tcW w:w="2949" w:type="dxa"/>
            <w:vAlign w:val="center"/>
          </w:tcPr>
          <w:p w14:paraId="7AAA3F7D" w14:textId="77777777" w:rsidR="0032501D" w:rsidRDefault="00000000" w:rsidP="00664D7C">
            <w:pPr>
              <w:jc w:val="center"/>
            </w:pPr>
            <w:r>
              <w:t>Flight Risk vs PRIMAL</w:t>
            </w:r>
          </w:p>
        </w:tc>
        <w:tc>
          <w:tcPr>
            <w:tcW w:w="2949" w:type="dxa"/>
            <w:vAlign w:val="center"/>
          </w:tcPr>
          <w:p w14:paraId="7052922C" w14:textId="77777777" w:rsidR="0032501D" w:rsidRDefault="00000000" w:rsidP="00664D7C">
            <w:pPr>
              <w:jc w:val="center"/>
            </w:pPr>
            <w:r>
              <w:t>Furnace Blasters vs Shots Fired</w:t>
            </w:r>
          </w:p>
        </w:tc>
        <w:tc>
          <w:tcPr>
            <w:tcW w:w="2949" w:type="dxa"/>
            <w:vAlign w:val="center"/>
          </w:tcPr>
          <w:p w14:paraId="2ABE9440" w14:textId="77777777" w:rsidR="0032501D" w:rsidRDefault="00000000" w:rsidP="00664D7C">
            <w:pPr>
              <w:jc w:val="center"/>
            </w:pPr>
            <w:r>
              <w:t>Goyard vs True Form Grounds</w:t>
            </w:r>
          </w:p>
        </w:tc>
      </w:tr>
      <w:tr w:rsidR="0032501D" w14:paraId="08C0EF01" w14:textId="77777777">
        <w:trPr>
          <w:trHeight w:val="403"/>
          <w:jc w:val="center"/>
        </w:trPr>
        <w:tc>
          <w:tcPr>
            <w:tcW w:w="2949" w:type="dxa"/>
            <w:vAlign w:val="center"/>
          </w:tcPr>
          <w:p w14:paraId="75E944C4" w14:textId="2595122A" w:rsidR="0032501D" w:rsidRDefault="00000000" w:rsidP="00664D7C">
            <w:pPr>
              <w:jc w:val="center"/>
            </w:pPr>
            <w:r>
              <w:t>9:</w:t>
            </w:r>
            <w:r w:rsidR="00664D7C">
              <w:t>15</w:t>
            </w:r>
            <w:r>
              <w:t xml:space="preserve"> PM</w:t>
            </w:r>
          </w:p>
        </w:tc>
        <w:tc>
          <w:tcPr>
            <w:tcW w:w="2949" w:type="dxa"/>
            <w:vAlign w:val="center"/>
          </w:tcPr>
          <w:p w14:paraId="11000AB8" w14:textId="77777777" w:rsidR="0032501D" w:rsidRDefault="00000000" w:rsidP="00664D7C">
            <w:pPr>
              <w:jc w:val="center"/>
            </w:pPr>
            <w:r>
              <w:t>PRIMAL vs Balls Deep</w:t>
            </w:r>
          </w:p>
        </w:tc>
        <w:tc>
          <w:tcPr>
            <w:tcW w:w="2949" w:type="dxa"/>
            <w:vAlign w:val="center"/>
          </w:tcPr>
          <w:p w14:paraId="49A7DD88" w14:textId="77777777" w:rsidR="0032501D" w:rsidRDefault="00000000" w:rsidP="00664D7C">
            <w:pPr>
              <w:jc w:val="center"/>
            </w:pPr>
            <w:r>
              <w:t>Shots Fired vs Circle B Fence</w:t>
            </w:r>
          </w:p>
        </w:tc>
        <w:tc>
          <w:tcPr>
            <w:tcW w:w="2949" w:type="dxa"/>
            <w:vAlign w:val="center"/>
          </w:tcPr>
          <w:p w14:paraId="47EA7615" w14:textId="77777777" w:rsidR="0032501D" w:rsidRDefault="00000000" w:rsidP="00664D7C">
            <w:pPr>
              <w:jc w:val="center"/>
            </w:pPr>
            <w:r>
              <w:t>True Form Grounds vs Come and Take It</w:t>
            </w:r>
          </w:p>
        </w:tc>
      </w:tr>
    </w:tbl>
    <w:p w14:paraId="6C9DB800" w14:textId="77777777" w:rsidR="0032501D" w:rsidRDefault="00000000" w:rsidP="00664D7C">
      <w:pPr>
        <w:spacing w:before="100"/>
        <w:jc w:val="center"/>
      </w:pPr>
      <w:r>
        <w:rPr>
          <w:b/>
          <w:sz w:val="18"/>
        </w:rPr>
        <w:t>WEEK 4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9"/>
        <w:gridCol w:w="3398"/>
        <w:gridCol w:w="3398"/>
        <w:gridCol w:w="3398"/>
      </w:tblGrid>
      <w:tr w:rsidR="0032501D" w14:paraId="5C7C8733" w14:textId="77777777">
        <w:trPr>
          <w:trHeight w:val="403"/>
          <w:jc w:val="center"/>
        </w:trPr>
        <w:tc>
          <w:tcPr>
            <w:tcW w:w="1224" w:type="dxa"/>
            <w:shd w:val="clear" w:color="auto" w:fill="DDEBF4"/>
            <w:vAlign w:val="center"/>
          </w:tcPr>
          <w:p w14:paraId="79A8D281" w14:textId="77777777" w:rsidR="0032501D" w:rsidRDefault="00000000" w:rsidP="00664D7C">
            <w:pPr>
              <w:jc w:val="center"/>
            </w:pPr>
            <w:r>
              <w:t>TIME</w:t>
            </w:r>
          </w:p>
        </w:tc>
        <w:tc>
          <w:tcPr>
            <w:tcW w:w="3398" w:type="dxa"/>
            <w:shd w:val="clear" w:color="auto" w:fill="DDEBF4"/>
            <w:vAlign w:val="center"/>
          </w:tcPr>
          <w:p w14:paraId="5CA09E77" w14:textId="77777777" w:rsidR="0032501D" w:rsidRDefault="00000000" w:rsidP="00664D7C">
            <w:pPr>
              <w:jc w:val="center"/>
            </w:pPr>
            <w:r>
              <w:t>FIELD 6</w:t>
            </w:r>
          </w:p>
        </w:tc>
        <w:tc>
          <w:tcPr>
            <w:tcW w:w="3398" w:type="dxa"/>
            <w:shd w:val="clear" w:color="auto" w:fill="DDEBF4"/>
            <w:vAlign w:val="center"/>
          </w:tcPr>
          <w:p w14:paraId="18EC21F6" w14:textId="77777777" w:rsidR="0032501D" w:rsidRDefault="00000000" w:rsidP="00664D7C">
            <w:pPr>
              <w:jc w:val="center"/>
            </w:pPr>
            <w:r>
              <w:t>FIELD 7</w:t>
            </w:r>
          </w:p>
        </w:tc>
        <w:tc>
          <w:tcPr>
            <w:tcW w:w="3398" w:type="dxa"/>
            <w:shd w:val="clear" w:color="auto" w:fill="DDEBF4"/>
            <w:vAlign w:val="center"/>
          </w:tcPr>
          <w:p w14:paraId="35DF8EF8" w14:textId="77777777" w:rsidR="0032501D" w:rsidRDefault="00000000" w:rsidP="00664D7C">
            <w:pPr>
              <w:jc w:val="center"/>
            </w:pPr>
            <w:r>
              <w:t>FIELD 8</w:t>
            </w:r>
          </w:p>
        </w:tc>
      </w:tr>
      <w:tr w:rsidR="0032501D" w14:paraId="1956A4A9" w14:textId="77777777">
        <w:trPr>
          <w:trHeight w:val="403"/>
          <w:jc w:val="center"/>
        </w:trPr>
        <w:tc>
          <w:tcPr>
            <w:tcW w:w="2949" w:type="dxa"/>
            <w:vAlign w:val="center"/>
          </w:tcPr>
          <w:p w14:paraId="305B97D4" w14:textId="77777777" w:rsidR="0032501D" w:rsidRDefault="00000000" w:rsidP="00664D7C">
            <w:pPr>
              <w:jc w:val="center"/>
            </w:pPr>
            <w:r>
              <w:t>7:05 PM</w:t>
            </w:r>
          </w:p>
        </w:tc>
        <w:tc>
          <w:tcPr>
            <w:tcW w:w="2949" w:type="dxa"/>
            <w:vAlign w:val="center"/>
          </w:tcPr>
          <w:p w14:paraId="44DC73DC" w14:textId="77777777" w:rsidR="0032501D" w:rsidRDefault="00000000" w:rsidP="00664D7C">
            <w:pPr>
              <w:jc w:val="center"/>
            </w:pPr>
            <w:r>
              <w:t>Balls Deep vs Furnace Blasters</w:t>
            </w:r>
          </w:p>
        </w:tc>
        <w:tc>
          <w:tcPr>
            <w:tcW w:w="2949" w:type="dxa"/>
            <w:vAlign w:val="center"/>
          </w:tcPr>
          <w:p w14:paraId="5855A293" w14:textId="77777777" w:rsidR="0032501D" w:rsidRDefault="00000000" w:rsidP="00664D7C">
            <w:pPr>
              <w:jc w:val="center"/>
            </w:pPr>
            <w:r>
              <w:t>Flight Risk vs Shots Fired</w:t>
            </w:r>
          </w:p>
        </w:tc>
        <w:tc>
          <w:tcPr>
            <w:tcW w:w="2949" w:type="dxa"/>
            <w:vAlign w:val="center"/>
          </w:tcPr>
          <w:p w14:paraId="684AD191" w14:textId="77777777" w:rsidR="0032501D" w:rsidRDefault="00000000" w:rsidP="00664D7C">
            <w:pPr>
              <w:jc w:val="center"/>
            </w:pPr>
            <w:r>
              <w:t>PRIMAL vs Circle B Fence</w:t>
            </w:r>
          </w:p>
        </w:tc>
      </w:tr>
      <w:tr w:rsidR="0032501D" w14:paraId="089F5F55" w14:textId="77777777">
        <w:trPr>
          <w:trHeight w:val="403"/>
          <w:jc w:val="center"/>
        </w:trPr>
        <w:tc>
          <w:tcPr>
            <w:tcW w:w="2949" w:type="dxa"/>
            <w:vAlign w:val="center"/>
          </w:tcPr>
          <w:p w14:paraId="2BF799F9" w14:textId="77777777" w:rsidR="0032501D" w:rsidRDefault="00000000" w:rsidP="00664D7C">
            <w:pPr>
              <w:jc w:val="center"/>
            </w:pPr>
            <w:r>
              <w:t>8:10 PM</w:t>
            </w:r>
          </w:p>
        </w:tc>
        <w:tc>
          <w:tcPr>
            <w:tcW w:w="2949" w:type="dxa"/>
            <w:vAlign w:val="center"/>
          </w:tcPr>
          <w:p w14:paraId="54DAB03C" w14:textId="77777777" w:rsidR="0032501D" w:rsidRDefault="00000000" w:rsidP="00664D7C">
            <w:pPr>
              <w:jc w:val="center"/>
            </w:pPr>
            <w:r>
              <w:t>Furnace Blasters vs True Form Grounds</w:t>
            </w:r>
          </w:p>
        </w:tc>
        <w:tc>
          <w:tcPr>
            <w:tcW w:w="2949" w:type="dxa"/>
            <w:vAlign w:val="center"/>
          </w:tcPr>
          <w:p w14:paraId="64A7D246" w14:textId="77777777" w:rsidR="0032501D" w:rsidRDefault="00000000" w:rsidP="00664D7C">
            <w:pPr>
              <w:jc w:val="center"/>
            </w:pPr>
            <w:r>
              <w:t>Shots Fired vs Come and Take It</w:t>
            </w:r>
          </w:p>
        </w:tc>
        <w:tc>
          <w:tcPr>
            <w:tcW w:w="2949" w:type="dxa"/>
            <w:vAlign w:val="center"/>
          </w:tcPr>
          <w:p w14:paraId="153AB786" w14:textId="77777777" w:rsidR="0032501D" w:rsidRDefault="00000000" w:rsidP="00664D7C">
            <w:pPr>
              <w:jc w:val="center"/>
            </w:pPr>
            <w:r>
              <w:t>Circle B Fence vs Goyard</w:t>
            </w:r>
          </w:p>
        </w:tc>
      </w:tr>
      <w:tr w:rsidR="0032501D" w14:paraId="7180C5EE" w14:textId="77777777">
        <w:trPr>
          <w:trHeight w:val="403"/>
          <w:jc w:val="center"/>
        </w:trPr>
        <w:tc>
          <w:tcPr>
            <w:tcW w:w="2949" w:type="dxa"/>
            <w:vAlign w:val="center"/>
          </w:tcPr>
          <w:p w14:paraId="6518F693" w14:textId="22D42A30" w:rsidR="0032501D" w:rsidRDefault="00000000" w:rsidP="00664D7C">
            <w:pPr>
              <w:jc w:val="center"/>
            </w:pPr>
            <w:r>
              <w:t>9:</w:t>
            </w:r>
            <w:r w:rsidR="00664D7C">
              <w:t>15</w:t>
            </w:r>
            <w:r>
              <w:t xml:space="preserve"> PM</w:t>
            </w:r>
          </w:p>
        </w:tc>
        <w:tc>
          <w:tcPr>
            <w:tcW w:w="2949" w:type="dxa"/>
            <w:vAlign w:val="center"/>
          </w:tcPr>
          <w:p w14:paraId="09B8562C" w14:textId="77777777" w:rsidR="0032501D" w:rsidRDefault="00000000" w:rsidP="00664D7C">
            <w:pPr>
              <w:jc w:val="center"/>
            </w:pPr>
            <w:r>
              <w:t>True Form Grounds vs Flight Risk</w:t>
            </w:r>
          </w:p>
        </w:tc>
        <w:tc>
          <w:tcPr>
            <w:tcW w:w="2949" w:type="dxa"/>
            <w:vAlign w:val="center"/>
          </w:tcPr>
          <w:p w14:paraId="7FCE979E" w14:textId="77777777" w:rsidR="0032501D" w:rsidRDefault="00000000" w:rsidP="00664D7C">
            <w:pPr>
              <w:jc w:val="center"/>
            </w:pPr>
            <w:r>
              <w:t>Goyard vs Balls Deep</w:t>
            </w:r>
          </w:p>
        </w:tc>
        <w:tc>
          <w:tcPr>
            <w:tcW w:w="2949" w:type="dxa"/>
            <w:vAlign w:val="center"/>
          </w:tcPr>
          <w:p w14:paraId="339B8D19" w14:textId="77777777" w:rsidR="0032501D" w:rsidRDefault="00000000" w:rsidP="00664D7C">
            <w:pPr>
              <w:jc w:val="center"/>
            </w:pPr>
            <w:r>
              <w:t>Come and Take It vs PRIMAL</w:t>
            </w:r>
          </w:p>
        </w:tc>
      </w:tr>
    </w:tbl>
    <w:p w14:paraId="74363118" w14:textId="1A9736E8" w:rsidR="0032501D" w:rsidRDefault="0032501D" w:rsidP="00664D7C">
      <w:pPr>
        <w:spacing w:before="80"/>
        <w:jc w:val="center"/>
      </w:pPr>
    </w:p>
    <w:sectPr w:rsidR="0032501D" w:rsidSect="00034616">
      <w:pgSz w:w="15840" w:h="12240" w:orient="landscape"/>
      <w:pgMar w:top="461" w:right="547" w:bottom="432" w:left="5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6771530">
    <w:abstractNumId w:val="8"/>
  </w:num>
  <w:num w:numId="2" w16cid:durableId="1851210860">
    <w:abstractNumId w:val="6"/>
  </w:num>
  <w:num w:numId="3" w16cid:durableId="1046174040">
    <w:abstractNumId w:val="5"/>
  </w:num>
  <w:num w:numId="4" w16cid:durableId="7948797">
    <w:abstractNumId w:val="4"/>
  </w:num>
  <w:num w:numId="5" w16cid:durableId="1923907521">
    <w:abstractNumId w:val="7"/>
  </w:num>
  <w:num w:numId="6" w16cid:durableId="153302505">
    <w:abstractNumId w:val="3"/>
  </w:num>
  <w:num w:numId="7" w16cid:durableId="1020856569">
    <w:abstractNumId w:val="2"/>
  </w:num>
  <w:num w:numId="8" w16cid:durableId="967198452">
    <w:abstractNumId w:val="1"/>
  </w:num>
  <w:num w:numId="9" w16cid:durableId="1834418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501D"/>
    <w:rsid w:val="00326F90"/>
    <w:rsid w:val="00664D7C"/>
    <w:rsid w:val="00AA1D8D"/>
    <w:rsid w:val="00B47730"/>
    <w:rsid w:val="00B64418"/>
    <w:rsid w:val="00B9409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EA8340"/>
  <w14:defaultImageDpi w14:val="300"/>
  <w15:docId w15:val="{670CCDC4-5832-4FF3-9462-F84548290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sz w:val="1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Riley Blanton</cp:lastModifiedBy>
  <cp:revision>2</cp:revision>
  <cp:lastPrinted>2026-10-19T17:34:00Z</cp:lastPrinted>
  <dcterms:created xsi:type="dcterms:W3CDTF">2026-10-19T17:53:00Z</dcterms:created>
  <dcterms:modified xsi:type="dcterms:W3CDTF">2026-10-19T17:53:00Z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b49902bce5ac993953d8cdd200edfc8045757877cbef4c22700354dcbbea8426</vt:lpwstr>
  </property>
</Properties>
</file>