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C3DD" w14:textId="77777777" w:rsidR="004313FF" w:rsidRDefault="00000000">
      <w:pPr>
        <w:jc w:val="center"/>
      </w:pPr>
      <w:r>
        <w:rPr>
          <w:b/>
          <w:color w:val="19334B"/>
          <w:sz w:val="30"/>
        </w:rPr>
        <w:t>FRIDAY NIGHT COED | 5-TEAM REGULAR SEASON</w:t>
      </w:r>
    </w:p>
    <w:p w14:paraId="7852ECCB" w14:textId="77777777" w:rsidR="004313FF" w:rsidRDefault="00000000">
      <w:pPr>
        <w:spacing w:after="140"/>
        <w:jc w:val="center"/>
      </w:pPr>
      <w:r>
        <w:t>4 Weeks  •  Field 4 Only  •  2 Games Per Team Each Week  •  6:00–10:20 PM</w:t>
      </w:r>
    </w:p>
    <w:p w14:paraId="20531D16" w14:textId="77777777" w:rsidR="004313FF" w:rsidRDefault="00000000">
      <w:pPr>
        <w:spacing w:before="80" w:after="60"/>
      </w:pPr>
      <w:r>
        <w:rPr>
          <w:b/>
          <w:color w:val="19334B"/>
          <w:sz w:val="20"/>
        </w:rPr>
        <w:t>WEEK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0"/>
        <w:gridCol w:w="8996"/>
      </w:tblGrid>
      <w:tr w:rsidR="004313FF" w14:paraId="3E9F41BA" w14:textId="77777777">
        <w:trPr>
          <w:jc w:val="center"/>
        </w:trPr>
        <w:tc>
          <w:tcPr>
            <w:tcW w:w="7128" w:type="dxa"/>
            <w:vAlign w:val="center"/>
          </w:tcPr>
          <w:p w14:paraId="2F8F99DA" w14:textId="77777777" w:rsidR="004313FF" w:rsidRDefault="00000000">
            <w:r>
              <w:rPr>
                <w:b/>
                <w:sz w:val="16"/>
              </w:rPr>
              <w:t>TIME</w:t>
            </w:r>
          </w:p>
        </w:tc>
        <w:tc>
          <w:tcPr>
            <w:tcW w:w="7128" w:type="dxa"/>
            <w:vAlign w:val="center"/>
          </w:tcPr>
          <w:p w14:paraId="330E1743" w14:textId="77777777" w:rsidR="004313FF" w:rsidRDefault="00000000">
            <w:r>
              <w:rPr>
                <w:b/>
                <w:sz w:val="16"/>
              </w:rPr>
              <w:t>FIELD 4 MATCHUP</w:t>
            </w:r>
          </w:p>
        </w:tc>
      </w:tr>
      <w:tr w:rsidR="004313FF" w14:paraId="23B20E78" w14:textId="77777777">
        <w:trPr>
          <w:jc w:val="center"/>
        </w:trPr>
        <w:tc>
          <w:tcPr>
            <w:tcW w:w="1800" w:type="dxa"/>
          </w:tcPr>
          <w:p w14:paraId="7EA954FB" w14:textId="77777777" w:rsidR="004313FF" w:rsidRDefault="00000000">
            <w:r>
              <w:rPr>
                <w:sz w:val="16"/>
              </w:rPr>
              <w:t>6:00 PM</w:t>
            </w:r>
          </w:p>
        </w:tc>
        <w:tc>
          <w:tcPr>
            <w:tcW w:w="12240" w:type="dxa"/>
          </w:tcPr>
          <w:p w14:paraId="412E2E46" w14:textId="77777777" w:rsidR="004313FF" w:rsidRDefault="00000000">
            <w:r>
              <w:rPr>
                <w:sz w:val="16"/>
              </w:rPr>
              <w:t>B.O.D  vs  Ducks W/ ESPADAS</w:t>
            </w:r>
          </w:p>
        </w:tc>
      </w:tr>
      <w:tr w:rsidR="004313FF" w14:paraId="03A96932" w14:textId="77777777">
        <w:trPr>
          <w:jc w:val="center"/>
        </w:trPr>
        <w:tc>
          <w:tcPr>
            <w:tcW w:w="1800" w:type="dxa"/>
          </w:tcPr>
          <w:p w14:paraId="00E1DFAC" w14:textId="77777777" w:rsidR="004313FF" w:rsidRDefault="00000000">
            <w:r>
              <w:rPr>
                <w:sz w:val="16"/>
              </w:rPr>
              <w:t>7:05 PM</w:t>
            </w:r>
          </w:p>
        </w:tc>
        <w:tc>
          <w:tcPr>
            <w:tcW w:w="12240" w:type="dxa"/>
          </w:tcPr>
          <w:p w14:paraId="744E874C" w14:textId="77777777" w:rsidR="004313FF" w:rsidRDefault="00000000">
            <w:r>
              <w:rPr>
                <w:sz w:val="16"/>
              </w:rPr>
              <w:t>Ducks W/ ESPADAS  vs  Finess Factory</w:t>
            </w:r>
          </w:p>
        </w:tc>
      </w:tr>
      <w:tr w:rsidR="004313FF" w14:paraId="3B7F199E" w14:textId="77777777">
        <w:trPr>
          <w:jc w:val="center"/>
        </w:trPr>
        <w:tc>
          <w:tcPr>
            <w:tcW w:w="1800" w:type="dxa"/>
          </w:tcPr>
          <w:p w14:paraId="1535687A" w14:textId="77777777" w:rsidR="004313FF" w:rsidRDefault="00000000">
            <w:r>
              <w:rPr>
                <w:sz w:val="16"/>
              </w:rPr>
              <w:t>8:10 PM</w:t>
            </w:r>
          </w:p>
        </w:tc>
        <w:tc>
          <w:tcPr>
            <w:tcW w:w="12240" w:type="dxa"/>
          </w:tcPr>
          <w:p w14:paraId="3CF5C479" w14:textId="77777777" w:rsidR="004313FF" w:rsidRDefault="00000000">
            <w:r>
              <w:rPr>
                <w:sz w:val="16"/>
              </w:rPr>
              <w:t>Pitchers  vs  B.O.D</w:t>
            </w:r>
          </w:p>
        </w:tc>
      </w:tr>
      <w:tr w:rsidR="004313FF" w14:paraId="01E7CE92" w14:textId="77777777">
        <w:trPr>
          <w:jc w:val="center"/>
        </w:trPr>
        <w:tc>
          <w:tcPr>
            <w:tcW w:w="1800" w:type="dxa"/>
          </w:tcPr>
          <w:p w14:paraId="16069D11" w14:textId="77777777" w:rsidR="004313FF" w:rsidRDefault="00000000">
            <w:r>
              <w:rPr>
                <w:sz w:val="16"/>
              </w:rPr>
              <w:t>9:15 PM</w:t>
            </w:r>
          </w:p>
        </w:tc>
        <w:tc>
          <w:tcPr>
            <w:tcW w:w="12240" w:type="dxa"/>
          </w:tcPr>
          <w:p w14:paraId="16C4406A" w14:textId="77777777" w:rsidR="004313FF" w:rsidRDefault="00000000">
            <w:r>
              <w:rPr>
                <w:sz w:val="16"/>
              </w:rPr>
              <w:t>Finess Factory  vs  Not Fast, Just Furious</w:t>
            </w:r>
          </w:p>
        </w:tc>
      </w:tr>
      <w:tr w:rsidR="004313FF" w14:paraId="67125C73" w14:textId="77777777">
        <w:trPr>
          <w:jc w:val="center"/>
        </w:trPr>
        <w:tc>
          <w:tcPr>
            <w:tcW w:w="1800" w:type="dxa"/>
          </w:tcPr>
          <w:p w14:paraId="34EC6306" w14:textId="77777777" w:rsidR="004313FF" w:rsidRDefault="00000000">
            <w:r>
              <w:rPr>
                <w:sz w:val="16"/>
              </w:rPr>
              <w:t>10:20 PM</w:t>
            </w:r>
          </w:p>
        </w:tc>
        <w:tc>
          <w:tcPr>
            <w:tcW w:w="12240" w:type="dxa"/>
          </w:tcPr>
          <w:p w14:paraId="6B9FA88F" w14:textId="77777777" w:rsidR="004313FF" w:rsidRDefault="00000000">
            <w:r>
              <w:rPr>
                <w:sz w:val="16"/>
              </w:rPr>
              <w:t>Not Fast, Just Furious  vs  Pitchers</w:t>
            </w:r>
          </w:p>
        </w:tc>
      </w:tr>
    </w:tbl>
    <w:p w14:paraId="46719433" w14:textId="77777777" w:rsidR="004313FF" w:rsidRDefault="004313FF"/>
    <w:p w14:paraId="0E4F3C00" w14:textId="77777777" w:rsidR="004313FF" w:rsidRDefault="00000000">
      <w:pPr>
        <w:spacing w:before="80" w:after="60"/>
      </w:pPr>
      <w:r>
        <w:rPr>
          <w:b/>
          <w:color w:val="19334B"/>
          <w:sz w:val="20"/>
        </w:rPr>
        <w:t>WEEK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0"/>
        <w:gridCol w:w="8996"/>
      </w:tblGrid>
      <w:tr w:rsidR="004313FF" w14:paraId="0CB65634" w14:textId="77777777">
        <w:trPr>
          <w:jc w:val="center"/>
        </w:trPr>
        <w:tc>
          <w:tcPr>
            <w:tcW w:w="7128" w:type="dxa"/>
            <w:vAlign w:val="center"/>
          </w:tcPr>
          <w:p w14:paraId="10BD8CD1" w14:textId="77777777" w:rsidR="004313FF" w:rsidRDefault="00000000">
            <w:r>
              <w:rPr>
                <w:b/>
                <w:sz w:val="16"/>
              </w:rPr>
              <w:t>TIME</w:t>
            </w:r>
          </w:p>
        </w:tc>
        <w:tc>
          <w:tcPr>
            <w:tcW w:w="7128" w:type="dxa"/>
            <w:vAlign w:val="center"/>
          </w:tcPr>
          <w:p w14:paraId="52CFE5F9" w14:textId="77777777" w:rsidR="004313FF" w:rsidRDefault="00000000">
            <w:r>
              <w:rPr>
                <w:b/>
                <w:sz w:val="16"/>
              </w:rPr>
              <w:t>FIELD 4 MATCHUP</w:t>
            </w:r>
          </w:p>
        </w:tc>
      </w:tr>
      <w:tr w:rsidR="004313FF" w14:paraId="7C6F164B" w14:textId="77777777">
        <w:trPr>
          <w:jc w:val="center"/>
        </w:trPr>
        <w:tc>
          <w:tcPr>
            <w:tcW w:w="1800" w:type="dxa"/>
          </w:tcPr>
          <w:p w14:paraId="4A15CD13" w14:textId="77777777" w:rsidR="004313FF" w:rsidRDefault="00000000">
            <w:r>
              <w:rPr>
                <w:sz w:val="16"/>
              </w:rPr>
              <w:t>6:00 PM</w:t>
            </w:r>
          </w:p>
        </w:tc>
        <w:tc>
          <w:tcPr>
            <w:tcW w:w="12240" w:type="dxa"/>
          </w:tcPr>
          <w:p w14:paraId="416936FB" w14:textId="77777777" w:rsidR="004313FF" w:rsidRDefault="00000000">
            <w:r>
              <w:rPr>
                <w:sz w:val="16"/>
              </w:rPr>
              <w:t>B.O.D  vs  Finess Factory</w:t>
            </w:r>
          </w:p>
        </w:tc>
      </w:tr>
      <w:tr w:rsidR="004313FF" w14:paraId="60CB8809" w14:textId="77777777">
        <w:trPr>
          <w:jc w:val="center"/>
        </w:trPr>
        <w:tc>
          <w:tcPr>
            <w:tcW w:w="1800" w:type="dxa"/>
          </w:tcPr>
          <w:p w14:paraId="4CB736A7" w14:textId="77777777" w:rsidR="004313FF" w:rsidRDefault="00000000">
            <w:r>
              <w:rPr>
                <w:sz w:val="16"/>
              </w:rPr>
              <w:t>7:05 PM</w:t>
            </w:r>
          </w:p>
        </w:tc>
        <w:tc>
          <w:tcPr>
            <w:tcW w:w="12240" w:type="dxa"/>
          </w:tcPr>
          <w:p w14:paraId="2BB884CD" w14:textId="77777777" w:rsidR="004313FF" w:rsidRDefault="00000000">
            <w:r>
              <w:rPr>
                <w:sz w:val="16"/>
              </w:rPr>
              <w:t>Finess Factory  vs  Pitchers</w:t>
            </w:r>
          </w:p>
        </w:tc>
      </w:tr>
      <w:tr w:rsidR="004313FF" w14:paraId="7AE08FD3" w14:textId="77777777">
        <w:trPr>
          <w:jc w:val="center"/>
        </w:trPr>
        <w:tc>
          <w:tcPr>
            <w:tcW w:w="1800" w:type="dxa"/>
          </w:tcPr>
          <w:p w14:paraId="7B2E99C2" w14:textId="77777777" w:rsidR="004313FF" w:rsidRDefault="00000000">
            <w:r>
              <w:rPr>
                <w:sz w:val="16"/>
              </w:rPr>
              <w:t>8:10 PM</w:t>
            </w:r>
          </w:p>
        </w:tc>
        <w:tc>
          <w:tcPr>
            <w:tcW w:w="12240" w:type="dxa"/>
          </w:tcPr>
          <w:p w14:paraId="45CD952C" w14:textId="77777777" w:rsidR="004313FF" w:rsidRDefault="00000000">
            <w:r>
              <w:rPr>
                <w:sz w:val="16"/>
              </w:rPr>
              <w:t>Not Fast, Just Furious  vs  B.O.D</w:t>
            </w:r>
          </w:p>
        </w:tc>
      </w:tr>
      <w:tr w:rsidR="004313FF" w14:paraId="1347295B" w14:textId="77777777">
        <w:trPr>
          <w:jc w:val="center"/>
        </w:trPr>
        <w:tc>
          <w:tcPr>
            <w:tcW w:w="1800" w:type="dxa"/>
          </w:tcPr>
          <w:p w14:paraId="13FA7F80" w14:textId="77777777" w:rsidR="004313FF" w:rsidRDefault="00000000">
            <w:r>
              <w:rPr>
                <w:sz w:val="16"/>
              </w:rPr>
              <w:t>9:15 PM</w:t>
            </w:r>
          </w:p>
        </w:tc>
        <w:tc>
          <w:tcPr>
            <w:tcW w:w="12240" w:type="dxa"/>
          </w:tcPr>
          <w:p w14:paraId="0BFA1012" w14:textId="77777777" w:rsidR="004313FF" w:rsidRDefault="00000000">
            <w:r>
              <w:rPr>
                <w:sz w:val="16"/>
              </w:rPr>
              <w:t>Pitchers  vs  Ducks W/ ESPADAS</w:t>
            </w:r>
          </w:p>
        </w:tc>
      </w:tr>
      <w:tr w:rsidR="004313FF" w14:paraId="60AF7769" w14:textId="77777777">
        <w:trPr>
          <w:jc w:val="center"/>
        </w:trPr>
        <w:tc>
          <w:tcPr>
            <w:tcW w:w="1800" w:type="dxa"/>
          </w:tcPr>
          <w:p w14:paraId="2C0A3EFC" w14:textId="77777777" w:rsidR="004313FF" w:rsidRDefault="00000000">
            <w:r>
              <w:rPr>
                <w:sz w:val="16"/>
              </w:rPr>
              <w:t>10:20 PM</w:t>
            </w:r>
          </w:p>
        </w:tc>
        <w:tc>
          <w:tcPr>
            <w:tcW w:w="12240" w:type="dxa"/>
          </w:tcPr>
          <w:p w14:paraId="201F027F" w14:textId="77777777" w:rsidR="004313FF" w:rsidRDefault="00000000">
            <w:r>
              <w:rPr>
                <w:sz w:val="16"/>
              </w:rPr>
              <w:t>Ducks W/ ESPADAS  vs  Not Fast, Just Furious</w:t>
            </w:r>
          </w:p>
        </w:tc>
      </w:tr>
    </w:tbl>
    <w:p w14:paraId="4684D69A" w14:textId="77777777" w:rsidR="004313FF" w:rsidRDefault="004313FF"/>
    <w:p w14:paraId="7129BB84" w14:textId="77777777" w:rsidR="004313FF" w:rsidRDefault="00000000">
      <w:pPr>
        <w:spacing w:before="80" w:after="60"/>
      </w:pPr>
      <w:r>
        <w:rPr>
          <w:b/>
          <w:color w:val="19334B"/>
          <w:sz w:val="20"/>
        </w:rPr>
        <w:t>WEEK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0"/>
        <w:gridCol w:w="8996"/>
      </w:tblGrid>
      <w:tr w:rsidR="004313FF" w14:paraId="5177691B" w14:textId="77777777">
        <w:trPr>
          <w:jc w:val="center"/>
        </w:trPr>
        <w:tc>
          <w:tcPr>
            <w:tcW w:w="7128" w:type="dxa"/>
            <w:vAlign w:val="center"/>
          </w:tcPr>
          <w:p w14:paraId="690BB488" w14:textId="77777777" w:rsidR="004313FF" w:rsidRDefault="00000000">
            <w:r>
              <w:rPr>
                <w:b/>
                <w:sz w:val="16"/>
              </w:rPr>
              <w:t>TIME</w:t>
            </w:r>
          </w:p>
        </w:tc>
        <w:tc>
          <w:tcPr>
            <w:tcW w:w="7128" w:type="dxa"/>
            <w:vAlign w:val="center"/>
          </w:tcPr>
          <w:p w14:paraId="0119AFBC" w14:textId="77777777" w:rsidR="004313FF" w:rsidRDefault="00000000">
            <w:r>
              <w:rPr>
                <w:b/>
                <w:sz w:val="16"/>
              </w:rPr>
              <w:t>FIELD 4 MATCHUP</w:t>
            </w:r>
          </w:p>
        </w:tc>
      </w:tr>
      <w:tr w:rsidR="004313FF" w14:paraId="78A28B98" w14:textId="77777777">
        <w:trPr>
          <w:jc w:val="center"/>
        </w:trPr>
        <w:tc>
          <w:tcPr>
            <w:tcW w:w="1800" w:type="dxa"/>
          </w:tcPr>
          <w:p w14:paraId="6D081849" w14:textId="77777777" w:rsidR="004313FF" w:rsidRDefault="00000000">
            <w:r>
              <w:rPr>
                <w:sz w:val="16"/>
              </w:rPr>
              <w:t>6:00 PM</w:t>
            </w:r>
          </w:p>
        </w:tc>
        <w:tc>
          <w:tcPr>
            <w:tcW w:w="12240" w:type="dxa"/>
          </w:tcPr>
          <w:p w14:paraId="6A9887E7" w14:textId="77777777" w:rsidR="004313FF" w:rsidRDefault="00000000">
            <w:r>
              <w:rPr>
                <w:sz w:val="16"/>
              </w:rPr>
              <w:t>Not Fast, Just Furious  vs  Pitchers</w:t>
            </w:r>
          </w:p>
        </w:tc>
      </w:tr>
      <w:tr w:rsidR="004313FF" w14:paraId="0A945152" w14:textId="77777777">
        <w:trPr>
          <w:jc w:val="center"/>
        </w:trPr>
        <w:tc>
          <w:tcPr>
            <w:tcW w:w="1800" w:type="dxa"/>
          </w:tcPr>
          <w:p w14:paraId="0ED24EE4" w14:textId="77777777" w:rsidR="004313FF" w:rsidRDefault="00000000">
            <w:r>
              <w:rPr>
                <w:sz w:val="16"/>
              </w:rPr>
              <w:t>7:05 PM</w:t>
            </w:r>
          </w:p>
        </w:tc>
        <w:tc>
          <w:tcPr>
            <w:tcW w:w="12240" w:type="dxa"/>
          </w:tcPr>
          <w:p w14:paraId="3529404B" w14:textId="77777777" w:rsidR="004313FF" w:rsidRDefault="00000000">
            <w:r>
              <w:rPr>
                <w:sz w:val="16"/>
              </w:rPr>
              <w:t>Finess Factory  vs  Not Fast, Just Furious</w:t>
            </w:r>
          </w:p>
        </w:tc>
      </w:tr>
      <w:tr w:rsidR="004313FF" w14:paraId="4049FF6B" w14:textId="77777777">
        <w:trPr>
          <w:jc w:val="center"/>
        </w:trPr>
        <w:tc>
          <w:tcPr>
            <w:tcW w:w="1800" w:type="dxa"/>
          </w:tcPr>
          <w:p w14:paraId="7700629E" w14:textId="77777777" w:rsidR="004313FF" w:rsidRDefault="00000000">
            <w:r>
              <w:rPr>
                <w:sz w:val="16"/>
              </w:rPr>
              <w:t>8:10 PM</w:t>
            </w:r>
          </w:p>
        </w:tc>
        <w:tc>
          <w:tcPr>
            <w:tcW w:w="12240" w:type="dxa"/>
          </w:tcPr>
          <w:p w14:paraId="64D45190" w14:textId="77777777" w:rsidR="004313FF" w:rsidRDefault="00000000">
            <w:r>
              <w:rPr>
                <w:sz w:val="16"/>
              </w:rPr>
              <w:t>Pitchers  vs  B.O.D</w:t>
            </w:r>
          </w:p>
        </w:tc>
      </w:tr>
      <w:tr w:rsidR="004313FF" w14:paraId="7C419D93" w14:textId="77777777">
        <w:trPr>
          <w:jc w:val="center"/>
        </w:trPr>
        <w:tc>
          <w:tcPr>
            <w:tcW w:w="1800" w:type="dxa"/>
          </w:tcPr>
          <w:p w14:paraId="71D87A3E" w14:textId="77777777" w:rsidR="004313FF" w:rsidRDefault="00000000">
            <w:r>
              <w:rPr>
                <w:sz w:val="16"/>
              </w:rPr>
              <w:t>9:15 PM</w:t>
            </w:r>
          </w:p>
        </w:tc>
        <w:tc>
          <w:tcPr>
            <w:tcW w:w="12240" w:type="dxa"/>
          </w:tcPr>
          <w:p w14:paraId="18D69C94" w14:textId="77777777" w:rsidR="004313FF" w:rsidRDefault="00000000">
            <w:r>
              <w:rPr>
                <w:sz w:val="16"/>
              </w:rPr>
              <w:t>Ducks W/ ESPADAS  vs  Finess Factory</w:t>
            </w:r>
          </w:p>
        </w:tc>
      </w:tr>
      <w:tr w:rsidR="004313FF" w14:paraId="1AE3BA17" w14:textId="77777777">
        <w:trPr>
          <w:jc w:val="center"/>
        </w:trPr>
        <w:tc>
          <w:tcPr>
            <w:tcW w:w="1800" w:type="dxa"/>
          </w:tcPr>
          <w:p w14:paraId="7C46F900" w14:textId="77777777" w:rsidR="004313FF" w:rsidRDefault="00000000">
            <w:r>
              <w:rPr>
                <w:sz w:val="16"/>
              </w:rPr>
              <w:t>10:20 PM</w:t>
            </w:r>
          </w:p>
        </w:tc>
        <w:tc>
          <w:tcPr>
            <w:tcW w:w="12240" w:type="dxa"/>
          </w:tcPr>
          <w:p w14:paraId="49CB64B8" w14:textId="77777777" w:rsidR="004313FF" w:rsidRDefault="00000000">
            <w:r>
              <w:rPr>
                <w:sz w:val="16"/>
              </w:rPr>
              <w:t>B.O.D  vs  Ducks W/ ESPADAS</w:t>
            </w:r>
          </w:p>
        </w:tc>
      </w:tr>
    </w:tbl>
    <w:p w14:paraId="2D66D6A1" w14:textId="77777777" w:rsidR="004313FF" w:rsidRDefault="004313FF"/>
    <w:p w14:paraId="5D44A2E5" w14:textId="77777777" w:rsidR="004313FF" w:rsidRDefault="00000000">
      <w:pPr>
        <w:spacing w:before="80" w:after="60"/>
      </w:pPr>
      <w:r>
        <w:rPr>
          <w:b/>
          <w:color w:val="19334B"/>
          <w:sz w:val="20"/>
        </w:rPr>
        <w:t>WEEK 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0"/>
        <w:gridCol w:w="8996"/>
      </w:tblGrid>
      <w:tr w:rsidR="004313FF" w14:paraId="0680DB41" w14:textId="77777777">
        <w:trPr>
          <w:jc w:val="center"/>
        </w:trPr>
        <w:tc>
          <w:tcPr>
            <w:tcW w:w="7128" w:type="dxa"/>
            <w:vAlign w:val="center"/>
          </w:tcPr>
          <w:p w14:paraId="2D2A252D" w14:textId="77777777" w:rsidR="004313FF" w:rsidRDefault="00000000">
            <w:r>
              <w:rPr>
                <w:b/>
                <w:sz w:val="16"/>
              </w:rPr>
              <w:t>TIME</w:t>
            </w:r>
          </w:p>
        </w:tc>
        <w:tc>
          <w:tcPr>
            <w:tcW w:w="7128" w:type="dxa"/>
            <w:vAlign w:val="center"/>
          </w:tcPr>
          <w:p w14:paraId="44E0FE19" w14:textId="77777777" w:rsidR="004313FF" w:rsidRDefault="00000000">
            <w:r>
              <w:rPr>
                <w:b/>
                <w:sz w:val="16"/>
              </w:rPr>
              <w:t>FIELD 4 MATCHUP</w:t>
            </w:r>
          </w:p>
        </w:tc>
      </w:tr>
      <w:tr w:rsidR="004313FF" w14:paraId="4FC29C46" w14:textId="77777777">
        <w:trPr>
          <w:jc w:val="center"/>
        </w:trPr>
        <w:tc>
          <w:tcPr>
            <w:tcW w:w="1800" w:type="dxa"/>
          </w:tcPr>
          <w:p w14:paraId="1867FBBF" w14:textId="77777777" w:rsidR="004313FF" w:rsidRDefault="00000000">
            <w:r>
              <w:rPr>
                <w:sz w:val="16"/>
              </w:rPr>
              <w:t>6:00 PM</w:t>
            </w:r>
          </w:p>
        </w:tc>
        <w:tc>
          <w:tcPr>
            <w:tcW w:w="12240" w:type="dxa"/>
          </w:tcPr>
          <w:p w14:paraId="68318B87" w14:textId="77777777" w:rsidR="004313FF" w:rsidRDefault="00000000">
            <w:r>
              <w:rPr>
                <w:sz w:val="16"/>
              </w:rPr>
              <w:t>Ducks W/ ESPADAS  vs  Not Fast, Just Furious</w:t>
            </w:r>
          </w:p>
        </w:tc>
      </w:tr>
      <w:tr w:rsidR="004313FF" w14:paraId="552BC5CC" w14:textId="77777777">
        <w:trPr>
          <w:jc w:val="center"/>
        </w:trPr>
        <w:tc>
          <w:tcPr>
            <w:tcW w:w="1800" w:type="dxa"/>
          </w:tcPr>
          <w:p w14:paraId="77F20849" w14:textId="77777777" w:rsidR="004313FF" w:rsidRDefault="00000000">
            <w:r>
              <w:rPr>
                <w:sz w:val="16"/>
              </w:rPr>
              <w:t>7:05 PM</w:t>
            </w:r>
          </w:p>
        </w:tc>
        <w:tc>
          <w:tcPr>
            <w:tcW w:w="12240" w:type="dxa"/>
          </w:tcPr>
          <w:p w14:paraId="1B34D713" w14:textId="77777777" w:rsidR="004313FF" w:rsidRDefault="00000000">
            <w:r>
              <w:rPr>
                <w:sz w:val="16"/>
              </w:rPr>
              <w:t>Pitchers  vs  Ducks W/ ESPADAS</w:t>
            </w:r>
          </w:p>
        </w:tc>
      </w:tr>
      <w:tr w:rsidR="004313FF" w14:paraId="56C57AD1" w14:textId="77777777">
        <w:trPr>
          <w:jc w:val="center"/>
        </w:trPr>
        <w:tc>
          <w:tcPr>
            <w:tcW w:w="1800" w:type="dxa"/>
          </w:tcPr>
          <w:p w14:paraId="0B501168" w14:textId="77777777" w:rsidR="004313FF" w:rsidRDefault="00000000">
            <w:r>
              <w:rPr>
                <w:sz w:val="16"/>
              </w:rPr>
              <w:t>8:10 PM</w:t>
            </w:r>
          </w:p>
        </w:tc>
        <w:tc>
          <w:tcPr>
            <w:tcW w:w="12240" w:type="dxa"/>
          </w:tcPr>
          <w:p w14:paraId="19B884A5" w14:textId="77777777" w:rsidR="004313FF" w:rsidRDefault="00000000">
            <w:r>
              <w:rPr>
                <w:sz w:val="16"/>
              </w:rPr>
              <w:t>Not Fast, Just Furious  vs  B.O.D</w:t>
            </w:r>
          </w:p>
        </w:tc>
      </w:tr>
      <w:tr w:rsidR="004313FF" w14:paraId="6962EF6D" w14:textId="77777777">
        <w:trPr>
          <w:jc w:val="center"/>
        </w:trPr>
        <w:tc>
          <w:tcPr>
            <w:tcW w:w="1800" w:type="dxa"/>
          </w:tcPr>
          <w:p w14:paraId="71058BB3" w14:textId="77777777" w:rsidR="004313FF" w:rsidRDefault="00000000">
            <w:r>
              <w:rPr>
                <w:sz w:val="16"/>
              </w:rPr>
              <w:t>9:15 PM</w:t>
            </w:r>
          </w:p>
        </w:tc>
        <w:tc>
          <w:tcPr>
            <w:tcW w:w="12240" w:type="dxa"/>
          </w:tcPr>
          <w:p w14:paraId="7CCD41D1" w14:textId="77777777" w:rsidR="004313FF" w:rsidRDefault="00000000">
            <w:r>
              <w:rPr>
                <w:sz w:val="16"/>
              </w:rPr>
              <w:t>Finess Factory  vs  Pitchers</w:t>
            </w:r>
          </w:p>
        </w:tc>
      </w:tr>
      <w:tr w:rsidR="004313FF" w14:paraId="4F9859F2" w14:textId="77777777">
        <w:trPr>
          <w:jc w:val="center"/>
        </w:trPr>
        <w:tc>
          <w:tcPr>
            <w:tcW w:w="1800" w:type="dxa"/>
          </w:tcPr>
          <w:p w14:paraId="13881639" w14:textId="77777777" w:rsidR="004313FF" w:rsidRDefault="00000000">
            <w:r>
              <w:rPr>
                <w:sz w:val="16"/>
              </w:rPr>
              <w:t>10:20 PM</w:t>
            </w:r>
          </w:p>
        </w:tc>
        <w:tc>
          <w:tcPr>
            <w:tcW w:w="12240" w:type="dxa"/>
          </w:tcPr>
          <w:p w14:paraId="66C93237" w14:textId="77777777" w:rsidR="004313FF" w:rsidRDefault="00000000">
            <w:r>
              <w:rPr>
                <w:sz w:val="16"/>
              </w:rPr>
              <w:t>B.O.D  vs  Finess Factory</w:t>
            </w:r>
          </w:p>
        </w:tc>
      </w:tr>
    </w:tbl>
    <w:p w14:paraId="22BF7D52" w14:textId="77777777" w:rsidR="004313FF" w:rsidRDefault="004313FF"/>
    <w:sectPr w:rsidR="004313FF" w:rsidSect="00034616">
      <w:footerReference w:type="default" r:id="rId8"/>
      <w:pgSz w:w="15840" w:h="12240" w:orient="landscape"/>
      <w:pgMar w:top="605" w:right="792" w:bottom="576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DA7CA" w14:textId="77777777" w:rsidR="00EF34FB" w:rsidRDefault="00EF34FB">
      <w:pPr>
        <w:spacing w:line="240" w:lineRule="auto"/>
      </w:pPr>
      <w:r>
        <w:separator/>
      </w:r>
    </w:p>
  </w:endnote>
  <w:endnote w:type="continuationSeparator" w:id="0">
    <w:p w14:paraId="2431C5AE" w14:textId="77777777" w:rsidR="00EF34FB" w:rsidRDefault="00EF34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B593" w14:textId="77777777" w:rsidR="004313FF" w:rsidRDefault="00000000">
    <w:pPr>
      <w:pStyle w:val="Footer"/>
      <w:jc w:val="center"/>
    </w:pPr>
    <w:r>
      <w:rPr>
        <w:sz w:val="16"/>
      </w:rPr>
      <w:t xml:space="preserve">Each team plays twice per week. Matchups are balanced </w:t>
    </w:r>
    <w:proofErr w:type="gramStart"/>
    <w:r>
      <w:rPr>
        <w:sz w:val="16"/>
      </w:rPr>
      <w:t>across</w:t>
    </w:r>
    <w:proofErr w:type="gramEnd"/>
    <w:r>
      <w:rPr>
        <w:sz w:val="16"/>
      </w:rPr>
      <w:t xml:space="preserve"> the four-week season.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C407" w14:textId="77777777" w:rsidR="00EF34FB" w:rsidRDefault="00EF34FB">
      <w:pPr>
        <w:spacing w:line="240" w:lineRule="auto"/>
      </w:pPr>
      <w:r>
        <w:separator/>
      </w:r>
    </w:p>
  </w:footnote>
  <w:footnote w:type="continuationSeparator" w:id="0">
    <w:p w14:paraId="3CCEA268" w14:textId="77777777" w:rsidR="00EF34FB" w:rsidRDefault="00EF34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2729542">
    <w:abstractNumId w:val="8"/>
  </w:num>
  <w:num w:numId="2" w16cid:durableId="1479422130">
    <w:abstractNumId w:val="6"/>
  </w:num>
  <w:num w:numId="3" w16cid:durableId="189491807">
    <w:abstractNumId w:val="5"/>
  </w:num>
  <w:num w:numId="4" w16cid:durableId="468129474">
    <w:abstractNumId w:val="4"/>
  </w:num>
  <w:num w:numId="5" w16cid:durableId="1291475665">
    <w:abstractNumId w:val="7"/>
  </w:num>
  <w:num w:numId="6" w16cid:durableId="933513617">
    <w:abstractNumId w:val="3"/>
  </w:num>
  <w:num w:numId="7" w16cid:durableId="590816301">
    <w:abstractNumId w:val="2"/>
  </w:num>
  <w:num w:numId="8" w16cid:durableId="1241479851">
    <w:abstractNumId w:val="1"/>
  </w:num>
  <w:num w:numId="9" w16cid:durableId="103665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13FF"/>
    <w:rsid w:val="00AA1D8D"/>
    <w:rsid w:val="00B47730"/>
    <w:rsid w:val="00B9409C"/>
    <w:rsid w:val="00C50D2F"/>
    <w:rsid w:val="00CB0664"/>
    <w:rsid w:val="00EF34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42A088"/>
  <w14:defaultImageDpi w14:val="300"/>
  <w15:docId w15:val="{670CCDC4-5832-4FF3-9462-F8454829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Riley Blanton</cp:lastModifiedBy>
  <cp:revision>2</cp:revision>
  <cp:lastPrinted>2026-10-19T18:18:00Z</cp:lastPrinted>
  <dcterms:created xsi:type="dcterms:W3CDTF">2026-10-20T19:09:00Z</dcterms:created>
  <dcterms:modified xsi:type="dcterms:W3CDTF">2026-10-20T19:09:00Z</dcterms:modified>
  <cp:category/>
</cp:coreProperties>
</file>