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967A8" w14:textId="77777777" w:rsidR="00F93383" w:rsidRDefault="00000000">
      <w:pPr>
        <w:pStyle w:val="Heading2"/>
        <w:jc w:val="center"/>
      </w:pPr>
      <w:r>
        <w:t>17-TEAM SLOWPITCH LEAGUE SCHEDULE</w:t>
      </w:r>
    </w:p>
    <w:p w14:paraId="36FA515A" w14:textId="77777777" w:rsidR="00F93383" w:rsidRDefault="00000000">
      <w:pPr>
        <w:jc w:val="center"/>
      </w:pPr>
      <w:r>
        <w:t>WEEK 1  |  FIELDS 5–8  |  DOUBLEHEADERS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22"/>
        <w:gridCol w:w="3022"/>
        <w:gridCol w:w="3022"/>
        <w:gridCol w:w="3022"/>
        <w:gridCol w:w="3022"/>
      </w:tblGrid>
      <w:tr w:rsidR="00F93383" w14:paraId="3A7A93FD" w14:textId="77777777">
        <w:trPr>
          <w:jc w:val="center"/>
        </w:trPr>
        <w:tc>
          <w:tcPr>
            <w:tcW w:w="3024" w:type="dxa"/>
          </w:tcPr>
          <w:p w14:paraId="3C0FC1D0" w14:textId="77777777" w:rsidR="00F93383" w:rsidRDefault="00000000">
            <w:pPr>
              <w:spacing w:after="20"/>
            </w:pPr>
            <w:r>
              <w:rPr>
                <w:sz w:val="14"/>
              </w:rPr>
              <w:t>Time</w:t>
            </w:r>
          </w:p>
        </w:tc>
        <w:tc>
          <w:tcPr>
            <w:tcW w:w="3024" w:type="dxa"/>
          </w:tcPr>
          <w:p w14:paraId="438B136A" w14:textId="77777777" w:rsidR="00F93383" w:rsidRDefault="00000000">
            <w:pPr>
              <w:spacing w:after="20"/>
            </w:pPr>
            <w:r>
              <w:rPr>
                <w:sz w:val="14"/>
              </w:rPr>
              <w:t>Field 5</w:t>
            </w:r>
          </w:p>
        </w:tc>
        <w:tc>
          <w:tcPr>
            <w:tcW w:w="3024" w:type="dxa"/>
          </w:tcPr>
          <w:p w14:paraId="4974B4F4" w14:textId="77777777" w:rsidR="00F93383" w:rsidRDefault="00000000">
            <w:pPr>
              <w:spacing w:after="20"/>
            </w:pPr>
            <w:r>
              <w:rPr>
                <w:sz w:val="14"/>
              </w:rPr>
              <w:t>Field 6</w:t>
            </w:r>
          </w:p>
        </w:tc>
        <w:tc>
          <w:tcPr>
            <w:tcW w:w="3024" w:type="dxa"/>
          </w:tcPr>
          <w:p w14:paraId="1D4EE09D" w14:textId="77777777" w:rsidR="00F93383" w:rsidRDefault="00000000">
            <w:pPr>
              <w:spacing w:after="20"/>
            </w:pPr>
            <w:r>
              <w:rPr>
                <w:sz w:val="14"/>
              </w:rPr>
              <w:t>Field 7</w:t>
            </w:r>
          </w:p>
        </w:tc>
        <w:tc>
          <w:tcPr>
            <w:tcW w:w="3024" w:type="dxa"/>
          </w:tcPr>
          <w:p w14:paraId="760BB70E" w14:textId="77777777" w:rsidR="00F93383" w:rsidRDefault="00000000">
            <w:pPr>
              <w:spacing w:after="20"/>
            </w:pPr>
            <w:r>
              <w:rPr>
                <w:sz w:val="14"/>
              </w:rPr>
              <w:t>Field 8</w:t>
            </w:r>
          </w:p>
        </w:tc>
      </w:tr>
      <w:tr w:rsidR="00F93383" w14:paraId="58CCE5C2" w14:textId="77777777">
        <w:trPr>
          <w:jc w:val="center"/>
        </w:trPr>
        <w:tc>
          <w:tcPr>
            <w:tcW w:w="3024" w:type="dxa"/>
          </w:tcPr>
          <w:p w14:paraId="0B8C2D27" w14:textId="77777777" w:rsidR="00F93383" w:rsidRDefault="00000000">
            <w:pPr>
              <w:spacing w:after="20"/>
            </w:pPr>
            <w:r>
              <w:rPr>
                <w:sz w:val="14"/>
              </w:rPr>
              <w:t>6:05 PM</w:t>
            </w:r>
          </w:p>
        </w:tc>
        <w:tc>
          <w:tcPr>
            <w:tcW w:w="3024" w:type="dxa"/>
          </w:tcPr>
          <w:p w14:paraId="1BACD549" w14:textId="77777777" w:rsidR="00F93383" w:rsidRDefault="00000000">
            <w:pPr>
              <w:spacing w:after="20"/>
            </w:pPr>
            <w:r>
              <w:rPr>
                <w:sz w:val="14"/>
              </w:rPr>
              <w:t>—</w:t>
            </w:r>
          </w:p>
        </w:tc>
        <w:tc>
          <w:tcPr>
            <w:tcW w:w="3024" w:type="dxa"/>
          </w:tcPr>
          <w:p w14:paraId="507F1A20" w14:textId="77777777" w:rsidR="00F93383" w:rsidRDefault="00000000">
            <w:pPr>
              <w:spacing w:after="20"/>
            </w:pPr>
            <w:r>
              <w:rPr>
                <w:sz w:val="14"/>
              </w:rPr>
              <w:t>Hometown Heros vs Tejanos</w:t>
            </w:r>
          </w:p>
        </w:tc>
        <w:tc>
          <w:tcPr>
            <w:tcW w:w="3024" w:type="dxa"/>
          </w:tcPr>
          <w:p w14:paraId="371A17D7" w14:textId="77777777" w:rsidR="00F93383" w:rsidRDefault="00000000">
            <w:pPr>
              <w:spacing w:after="20"/>
            </w:pPr>
            <w:r>
              <w:rPr>
                <w:sz w:val="14"/>
              </w:rPr>
              <w:t>—</w:t>
            </w:r>
          </w:p>
        </w:tc>
        <w:tc>
          <w:tcPr>
            <w:tcW w:w="3024" w:type="dxa"/>
          </w:tcPr>
          <w:p w14:paraId="7F116141" w14:textId="77777777" w:rsidR="00F93383" w:rsidRDefault="00000000">
            <w:pPr>
              <w:spacing w:after="20"/>
            </w:pPr>
            <w:r>
              <w:rPr>
                <w:sz w:val="14"/>
              </w:rPr>
              <w:t>Deathnote vs Whiskey Business</w:t>
            </w:r>
          </w:p>
        </w:tc>
      </w:tr>
      <w:tr w:rsidR="00F93383" w14:paraId="353BF111" w14:textId="77777777">
        <w:trPr>
          <w:jc w:val="center"/>
        </w:trPr>
        <w:tc>
          <w:tcPr>
            <w:tcW w:w="3024" w:type="dxa"/>
          </w:tcPr>
          <w:p w14:paraId="47973A17" w14:textId="77777777" w:rsidR="00F93383" w:rsidRDefault="00000000">
            <w:pPr>
              <w:spacing w:after="20"/>
            </w:pPr>
            <w:r>
              <w:rPr>
                <w:sz w:val="14"/>
              </w:rPr>
              <w:t>7:10 PM</w:t>
            </w:r>
          </w:p>
        </w:tc>
        <w:tc>
          <w:tcPr>
            <w:tcW w:w="3024" w:type="dxa"/>
          </w:tcPr>
          <w:p w14:paraId="0F9C4C71" w14:textId="77777777" w:rsidR="00F93383" w:rsidRDefault="00000000">
            <w:pPr>
              <w:spacing w:after="20"/>
            </w:pPr>
            <w:r>
              <w:rPr>
                <w:sz w:val="14"/>
              </w:rPr>
              <w:t>Chooches vs Deathnote</w:t>
            </w:r>
          </w:p>
        </w:tc>
        <w:tc>
          <w:tcPr>
            <w:tcW w:w="3024" w:type="dxa"/>
          </w:tcPr>
          <w:p w14:paraId="7A2D347C" w14:textId="77777777" w:rsidR="00F93383" w:rsidRDefault="00000000">
            <w:pPr>
              <w:spacing w:after="20"/>
            </w:pPr>
            <w:r>
              <w:rPr>
                <w:sz w:val="14"/>
              </w:rPr>
              <w:t>BC Bombers vs Texas Tuggers</w:t>
            </w:r>
          </w:p>
        </w:tc>
        <w:tc>
          <w:tcPr>
            <w:tcW w:w="3024" w:type="dxa"/>
          </w:tcPr>
          <w:p w14:paraId="3343640C" w14:textId="77777777" w:rsidR="00F93383" w:rsidRDefault="00000000">
            <w:pPr>
              <w:spacing w:after="20"/>
            </w:pPr>
            <w:r>
              <w:rPr>
                <w:sz w:val="14"/>
              </w:rPr>
              <w:t>Hometown Heros vs Zena Logistics (Comp)</w:t>
            </w:r>
          </w:p>
        </w:tc>
        <w:tc>
          <w:tcPr>
            <w:tcW w:w="3024" w:type="dxa"/>
          </w:tcPr>
          <w:p w14:paraId="3B61E286" w14:textId="77777777" w:rsidR="00F93383" w:rsidRDefault="00000000">
            <w:pPr>
              <w:spacing w:after="20"/>
            </w:pPr>
            <w:r>
              <w:rPr>
                <w:sz w:val="14"/>
              </w:rPr>
              <w:t>Tejanos vs NTX Rejects (Comp)</w:t>
            </w:r>
          </w:p>
        </w:tc>
      </w:tr>
      <w:tr w:rsidR="00F93383" w14:paraId="12560B5A" w14:textId="77777777">
        <w:trPr>
          <w:jc w:val="center"/>
        </w:trPr>
        <w:tc>
          <w:tcPr>
            <w:tcW w:w="3024" w:type="dxa"/>
          </w:tcPr>
          <w:p w14:paraId="579BF077" w14:textId="77777777" w:rsidR="00F93383" w:rsidRDefault="00000000">
            <w:pPr>
              <w:spacing w:after="20"/>
            </w:pPr>
            <w:r>
              <w:rPr>
                <w:sz w:val="14"/>
              </w:rPr>
              <w:t>8:15 PM</w:t>
            </w:r>
          </w:p>
        </w:tc>
        <w:tc>
          <w:tcPr>
            <w:tcW w:w="3024" w:type="dxa"/>
          </w:tcPr>
          <w:p w14:paraId="1464F686" w14:textId="77777777" w:rsidR="00F93383" w:rsidRDefault="00000000">
            <w:pPr>
              <w:spacing w:after="20"/>
            </w:pPr>
            <w:r>
              <w:rPr>
                <w:sz w:val="14"/>
              </w:rPr>
              <w:t>Chooches vs Los Borrachos</w:t>
            </w:r>
          </w:p>
        </w:tc>
        <w:tc>
          <w:tcPr>
            <w:tcW w:w="3024" w:type="dxa"/>
          </w:tcPr>
          <w:p w14:paraId="00523EBC" w14:textId="77777777" w:rsidR="00F93383" w:rsidRDefault="00000000">
            <w:pPr>
              <w:spacing w:after="20"/>
            </w:pPr>
            <w:r>
              <w:rPr>
                <w:sz w:val="14"/>
              </w:rPr>
              <w:t>Whiskey Business vs Zena Logistics (Comp)</w:t>
            </w:r>
          </w:p>
        </w:tc>
        <w:tc>
          <w:tcPr>
            <w:tcW w:w="3024" w:type="dxa"/>
          </w:tcPr>
          <w:p w14:paraId="6E3D73C8" w14:textId="77777777" w:rsidR="00F93383" w:rsidRDefault="00000000">
            <w:pPr>
              <w:spacing w:after="20"/>
            </w:pPr>
            <w:r>
              <w:rPr>
                <w:sz w:val="14"/>
              </w:rPr>
              <w:t>Regulators vs The Compound</w:t>
            </w:r>
          </w:p>
        </w:tc>
        <w:tc>
          <w:tcPr>
            <w:tcW w:w="3024" w:type="dxa"/>
          </w:tcPr>
          <w:p w14:paraId="468FB66B" w14:textId="77777777" w:rsidR="00F93383" w:rsidRDefault="00000000">
            <w:pPr>
              <w:spacing w:after="20"/>
            </w:pPr>
            <w:r>
              <w:rPr>
                <w:sz w:val="14"/>
              </w:rPr>
              <w:t>AVG HITTAS vs The Strikeouts</w:t>
            </w:r>
          </w:p>
        </w:tc>
      </w:tr>
      <w:tr w:rsidR="00F93383" w14:paraId="5F6A63BB" w14:textId="77777777">
        <w:trPr>
          <w:jc w:val="center"/>
        </w:trPr>
        <w:tc>
          <w:tcPr>
            <w:tcW w:w="3024" w:type="dxa"/>
          </w:tcPr>
          <w:p w14:paraId="09FE456E" w14:textId="77777777" w:rsidR="00F93383" w:rsidRDefault="00000000">
            <w:pPr>
              <w:spacing w:after="20"/>
            </w:pPr>
            <w:r>
              <w:rPr>
                <w:sz w:val="14"/>
              </w:rPr>
              <w:t>9:20 PM</w:t>
            </w:r>
          </w:p>
        </w:tc>
        <w:tc>
          <w:tcPr>
            <w:tcW w:w="3024" w:type="dxa"/>
          </w:tcPr>
          <w:p w14:paraId="7ABA363E" w14:textId="77777777" w:rsidR="00F93383" w:rsidRDefault="00000000">
            <w:pPr>
              <w:spacing w:after="20"/>
            </w:pPr>
            <w:r>
              <w:rPr>
                <w:sz w:val="14"/>
              </w:rPr>
              <w:t>Panthers vs Texas Tuggers</w:t>
            </w:r>
          </w:p>
        </w:tc>
        <w:tc>
          <w:tcPr>
            <w:tcW w:w="3024" w:type="dxa"/>
          </w:tcPr>
          <w:p w14:paraId="54BFEBF2" w14:textId="77777777" w:rsidR="00F93383" w:rsidRDefault="00000000">
            <w:pPr>
              <w:spacing w:after="20"/>
            </w:pPr>
            <w:r>
              <w:rPr>
                <w:sz w:val="14"/>
              </w:rPr>
              <w:t>The Compound vs NTX Rejects (Comp)</w:t>
            </w:r>
          </w:p>
        </w:tc>
        <w:tc>
          <w:tcPr>
            <w:tcW w:w="3024" w:type="dxa"/>
          </w:tcPr>
          <w:p w14:paraId="61CB93D4" w14:textId="77777777" w:rsidR="00F93383" w:rsidRDefault="00000000">
            <w:pPr>
              <w:spacing w:after="20"/>
            </w:pPr>
            <w:r>
              <w:rPr>
                <w:sz w:val="14"/>
              </w:rPr>
              <w:t>BC Bombers vs The Strikeouts</w:t>
            </w:r>
          </w:p>
        </w:tc>
        <w:tc>
          <w:tcPr>
            <w:tcW w:w="3024" w:type="dxa"/>
          </w:tcPr>
          <w:p w14:paraId="59F321F4" w14:textId="77777777" w:rsidR="00F93383" w:rsidRDefault="00000000">
            <w:pPr>
              <w:spacing w:after="20"/>
            </w:pPr>
            <w:r>
              <w:rPr>
                <w:sz w:val="14"/>
              </w:rPr>
              <w:t>DP Crew vs Smack That (Comp)</w:t>
            </w:r>
          </w:p>
        </w:tc>
      </w:tr>
      <w:tr w:rsidR="00F93383" w14:paraId="2E248B89" w14:textId="77777777">
        <w:trPr>
          <w:jc w:val="center"/>
        </w:trPr>
        <w:tc>
          <w:tcPr>
            <w:tcW w:w="3024" w:type="dxa"/>
          </w:tcPr>
          <w:p w14:paraId="0F80F1D3" w14:textId="77777777" w:rsidR="00F93383" w:rsidRDefault="00000000">
            <w:pPr>
              <w:spacing w:after="20"/>
            </w:pPr>
            <w:r>
              <w:rPr>
                <w:sz w:val="14"/>
              </w:rPr>
              <w:t>10:25 PM</w:t>
            </w:r>
          </w:p>
        </w:tc>
        <w:tc>
          <w:tcPr>
            <w:tcW w:w="3024" w:type="dxa"/>
          </w:tcPr>
          <w:p w14:paraId="60C9ECEA" w14:textId="77777777" w:rsidR="00F93383" w:rsidRDefault="00000000">
            <w:pPr>
              <w:spacing w:after="20"/>
            </w:pPr>
            <w:r>
              <w:rPr>
                <w:sz w:val="14"/>
              </w:rPr>
              <w:t>AVG HITTAS vs DP Crew</w:t>
            </w:r>
          </w:p>
        </w:tc>
        <w:tc>
          <w:tcPr>
            <w:tcW w:w="3024" w:type="dxa"/>
          </w:tcPr>
          <w:p w14:paraId="3D92AEDD" w14:textId="77777777" w:rsidR="00F93383" w:rsidRDefault="00000000">
            <w:pPr>
              <w:spacing w:after="20"/>
            </w:pPr>
            <w:r>
              <w:rPr>
                <w:sz w:val="14"/>
              </w:rPr>
              <w:t>Panthers vs Regulators</w:t>
            </w:r>
          </w:p>
        </w:tc>
        <w:tc>
          <w:tcPr>
            <w:tcW w:w="3024" w:type="dxa"/>
          </w:tcPr>
          <w:p w14:paraId="3F4B36AB" w14:textId="77777777" w:rsidR="00F93383" w:rsidRDefault="00000000">
            <w:pPr>
              <w:spacing w:after="20"/>
            </w:pPr>
            <w:r>
              <w:rPr>
                <w:sz w:val="14"/>
              </w:rPr>
              <w:t>Los Borrachos vs Smack That (Comp)</w:t>
            </w:r>
          </w:p>
        </w:tc>
        <w:tc>
          <w:tcPr>
            <w:tcW w:w="3024" w:type="dxa"/>
          </w:tcPr>
          <w:p w14:paraId="437D048E" w14:textId="77777777" w:rsidR="00F93383" w:rsidRDefault="00000000">
            <w:pPr>
              <w:spacing w:after="20"/>
            </w:pPr>
            <w:r>
              <w:rPr>
                <w:sz w:val="14"/>
              </w:rPr>
              <w:t>—</w:t>
            </w:r>
          </w:p>
        </w:tc>
      </w:tr>
    </w:tbl>
    <w:p w14:paraId="4B09D957" w14:textId="77777777" w:rsidR="00F93383" w:rsidRDefault="00F93383"/>
    <w:p w14:paraId="53E3BEE3" w14:textId="77777777" w:rsidR="00F93383" w:rsidRDefault="00000000">
      <w:pPr>
        <w:pStyle w:val="Heading2"/>
        <w:jc w:val="center"/>
      </w:pPr>
      <w:r>
        <w:t>17-TEAM SLOWPITCH LEAGUE SCHEDULE</w:t>
      </w:r>
    </w:p>
    <w:p w14:paraId="631EF3F6" w14:textId="77777777" w:rsidR="00F93383" w:rsidRDefault="00000000">
      <w:pPr>
        <w:jc w:val="center"/>
      </w:pPr>
      <w:r>
        <w:t>WEEK 2  |  FIELDS 5–8  |  DOUBLEHEADERS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22"/>
        <w:gridCol w:w="3022"/>
        <w:gridCol w:w="3022"/>
        <w:gridCol w:w="3022"/>
        <w:gridCol w:w="3022"/>
      </w:tblGrid>
      <w:tr w:rsidR="00F93383" w14:paraId="33CD9425" w14:textId="77777777">
        <w:trPr>
          <w:jc w:val="center"/>
        </w:trPr>
        <w:tc>
          <w:tcPr>
            <w:tcW w:w="3024" w:type="dxa"/>
          </w:tcPr>
          <w:p w14:paraId="35821AFB" w14:textId="77777777" w:rsidR="00F93383" w:rsidRDefault="00000000">
            <w:pPr>
              <w:spacing w:after="20"/>
            </w:pPr>
            <w:r>
              <w:rPr>
                <w:sz w:val="14"/>
              </w:rPr>
              <w:t>Time</w:t>
            </w:r>
          </w:p>
        </w:tc>
        <w:tc>
          <w:tcPr>
            <w:tcW w:w="3024" w:type="dxa"/>
          </w:tcPr>
          <w:p w14:paraId="5B51D743" w14:textId="77777777" w:rsidR="00F93383" w:rsidRDefault="00000000">
            <w:pPr>
              <w:spacing w:after="20"/>
            </w:pPr>
            <w:r>
              <w:rPr>
                <w:sz w:val="14"/>
              </w:rPr>
              <w:t>Field 5</w:t>
            </w:r>
          </w:p>
        </w:tc>
        <w:tc>
          <w:tcPr>
            <w:tcW w:w="3024" w:type="dxa"/>
          </w:tcPr>
          <w:p w14:paraId="6DBC1B80" w14:textId="77777777" w:rsidR="00F93383" w:rsidRDefault="00000000">
            <w:pPr>
              <w:spacing w:after="20"/>
            </w:pPr>
            <w:r>
              <w:rPr>
                <w:sz w:val="14"/>
              </w:rPr>
              <w:t>Field 6</w:t>
            </w:r>
          </w:p>
        </w:tc>
        <w:tc>
          <w:tcPr>
            <w:tcW w:w="3024" w:type="dxa"/>
          </w:tcPr>
          <w:p w14:paraId="6477E87F" w14:textId="77777777" w:rsidR="00F93383" w:rsidRDefault="00000000">
            <w:pPr>
              <w:spacing w:after="20"/>
            </w:pPr>
            <w:r>
              <w:rPr>
                <w:sz w:val="14"/>
              </w:rPr>
              <w:t>Field 7</w:t>
            </w:r>
          </w:p>
        </w:tc>
        <w:tc>
          <w:tcPr>
            <w:tcW w:w="3024" w:type="dxa"/>
          </w:tcPr>
          <w:p w14:paraId="671F38A9" w14:textId="77777777" w:rsidR="00F93383" w:rsidRDefault="00000000">
            <w:pPr>
              <w:spacing w:after="20"/>
            </w:pPr>
            <w:r>
              <w:rPr>
                <w:sz w:val="14"/>
              </w:rPr>
              <w:t>Field 8</w:t>
            </w:r>
          </w:p>
        </w:tc>
      </w:tr>
      <w:tr w:rsidR="00F93383" w14:paraId="6C7329D7" w14:textId="77777777">
        <w:trPr>
          <w:jc w:val="center"/>
        </w:trPr>
        <w:tc>
          <w:tcPr>
            <w:tcW w:w="3024" w:type="dxa"/>
          </w:tcPr>
          <w:p w14:paraId="70B926BB" w14:textId="77777777" w:rsidR="00F93383" w:rsidRDefault="00000000">
            <w:pPr>
              <w:spacing w:after="20"/>
            </w:pPr>
            <w:r>
              <w:rPr>
                <w:sz w:val="14"/>
              </w:rPr>
              <w:t>6:05 PM</w:t>
            </w:r>
          </w:p>
        </w:tc>
        <w:tc>
          <w:tcPr>
            <w:tcW w:w="3024" w:type="dxa"/>
          </w:tcPr>
          <w:p w14:paraId="0A0FC53B" w14:textId="77777777" w:rsidR="00F93383" w:rsidRDefault="00000000">
            <w:pPr>
              <w:spacing w:after="20"/>
            </w:pPr>
            <w:r>
              <w:rPr>
                <w:sz w:val="14"/>
              </w:rPr>
              <w:t>—</w:t>
            </w:r>
          </w:p>
        </w:tc>
        <w:tc>
          <w:tcPr>
            <w:tcW w:w="3024" w:type="dxa"/>
          </w:tcPr>
          <w:p w14:paraId="1A0E0E20" w14:textId="77777777" w:rsidR="00F93383" w:rsidRDefault="00000000">
            <w:pPr>
              <w:spacing w:after="20"/>
            </w:pPr>
            <w:r>
              <w:rPr>
                <w:sz w:val="14"/>
              </w:rPr>
              <w:t>Regulators vs NTX Rejects (Comp)</w:t>
            </w:r>
          </w:p>
        </w:tc>
        <w:tc>
          <w:tcPr>
            <w:tcW w:w="3024" w:type="dxa"/>
          </w:tcPr>
          <w:p w14:paraId="2840A31D" w14:textId="77777777" w:rsidR="00F93383" w:rsidRDefault="00000000">
            <w:pPr>
              <w:spacing w:after="20"/>
            </w:pPr>
            <w:r>
              <w:rPr>
                <w:sz w:val="14"/>
              </w:rPr>
              <w:t>Whiskey Business vs Smack That (Comp)</w:t>
            </w:r>
          </w:p>
        </w:tc>
        <w:tc>
          <w:tcPr>
            <w:tcW w:w="3024" w:type="dxa"/>
          </w:tcPr>
          <w:p w14:paraId="52BE5FEF" w14:textId="77777777" w:rsidR="00F93383" w:rsidRDefault="00000000">
            <w:pPr>
              <w:spacing w:after="20"/>
            </w:pPr>
            <w:r>
              <w:rPr>
                <w:sz w:val="14"/>
              </w:rPr>
              <w:t>Texas Tuggers vs The Strikeouts</w:t>
            </w:r>
          </w:p>
        </w:tc>
      </w:tr>
      <w:tr w:rsidR="00F93383" w14:paraId="678A011E" w14:textId="77777777">
        <w:trPr>
          <w:jc w:val="center"/>
        </w:trPr>
        <w:tc>
          <w:tcPr>
            <w:tcW w:w="3024" w:type="dxa"/>
          </w:tcPr>
          <w:p w14:paraId="19190B07" w14:textId="77777777" w:rsidR="00F93383" w:rsidRDefault="00000000">
            <w:pPr>
              <w:spacing w:after="20"/>
            </w:pPr>
            <w:r>
              <w:rPr>
                <w:sz w:val="14"/>
              </w:rPr>
              <w:t>7:10 PM</w:t>
            </w:r>
          </w:p>
        </w:tc>
        <w:tc>
          <w:tcPr>
            <w:tcW w:w="3024" w:type="dxa"/>
          </w:tcPr>
          <w:p w14:paraId="70C8D100" w14:textId="77777777" w:rsidR="00F93383" w:rsidRDefault="00000000">
            <w:pPr>
              <w:spacing w:after="20"/>
            </w:pPr>
            <w:r>
              <w:rPr>
                <w:sz w:val="14"/>
              </w:rPr>
              <w:t>BC Bombers vs Tejanos</w:t>
            </w:r>
          </w:p>
        </w:tc>
        <w:tc>
          <w:tcPr>
            <w:tcW w:w="3024" w:type="dxa"/>
          </w:tcPr>
          <w:p w14:paraId="6306D573" w14:textId="5AC96D75" w:rsidR="00F93383" w:rsidRDefault="00A65357">
            <w:pPr>
              <w:spacing w:after="20"/>
            </w:pPr>
            <w:r>
              <w:rPr>
                <w:sz w:val="14"/>
              </w:rPr>
              <w:t xml:space="preserve">Los </w:t>
            </w:r>
            <w:proofErr w:type="spellStart"/>
            <w:r>
              <w:rPr>
                <w:sz w:val="14"/>
              </w:rPr>
              <w:t>Borrachos</w:t>
            </w:r>
            <w:proofErr w:type="spellEnd"/>
            <w:r w:rsidR="00000000">
              <w:rPr>
                <w:sz w:val="14"/>
              </w:rPr>
              <w:t xml:space="preserve"> vs Smack That (Comp)</w:t>
            </w:r>
          </w:p>
        </w:tc>
        <w:tc>
          <w:tcPr>
            <w:tcW w:w="3024" w:type="dxa"/>
          </w:tcPr>
          <w:p w14:paraId="18377EB6" w14:textId="77777777" w:rsidR="00F93383" w:rsidRDefault="00000000">
            <w:pPr>
              <w:spacing w:after="20"/>
            </w:pPr>
            <w:r>
              <w:rPr>
                <w:sz w:val="14"/>
              </w:rPr>
              <w:t>Hometown Heros vs Regulators</w:t>
            </w:r>
          </w:p>
        </w:tc>
        <w:tc>
          <w:tcPr>
            <w:tcW w:w="3024" w:type="dxa"/>
          </w:tcPr>
          <w:p w14:paraId="2404CF1B" w14:textId="77777777" w:rsidR="00F93383" w:rsidRDefault="00000000">
            <w:pPr>
              <w:spacing w:after="20"/>
            </w:pPr>
            <w:r>
              <w:rPr>
                <w:sz w:val="14"/>
              </w:rPr>
              <w:t>NTX Rejects (Comp) vs Zena Logistics (Comp)</w:t>
            </w:r>
          </w:p>
        </w:tc>
      </w:tr>
      <w:tr w:rsidR="00F93383" w14:paraId="77AD73BC" w14:textId="77777777">
        <w:trPr>
          <w:jc w:val="center"/>
        </w:trPr>
        <w:tc>
          <w:tcPr>
            <w:tcW w:w="3024" w:type="dxa"/>
          </w:tcPr>
          <w:p w14:paraId="3459D296" w14:textId="77777777" w:rsidR="00F93383" w:rsidRDefault="00000000">
            <w:pPr>
              <w:spacing w:after="20"/>
            </w:pPr>
            <w:r>
              <w:rPr>
                <w:sz w:val="14"/>
              </w:rPr>
              <w:t>8:15 PM</w:t>
            </w:r>
          </w:p>
        </w:tc>
        <w:tc>
          <w:tcPr>
            <w:tcW w:w="3024" w:type="dxa"/>
          </w:tcPr>
          <w:p w14:paraId="74F0938A" w14:textId="4AAF433F" w:rsidR="00F93383" w:rsidRDefault="00D028B5">
            <w:pPr>
              <w:spacing w:after="20"/>
            </w:pPr>
            <w:r>
              <w:rPr>
                <w:sz w:val="14"/>
              </w:rPr>
              <w:t>Tejanos</w:t>
            </w:r>
            <w:r w:rsidR="00000000">
              <w:rPr>
                <w:sz w:val="14"/>
              </w:rPr>
              <w:t xml:space="preserve"> vs Whiskey Business</w:t>
            </w:r>
          </w:p>
        </w:tc>
        <w:tc>
          <w:tcPr>
            <w:tcW w:w="3024" w:type="dxa"/>
          </w:tcPr>
          <w:p w14:paraId="4C59072C" w14:textId="77777777" w:rsidR="00F93383" w:rsidRDefault="00000000">
            <w:pPr>
              <w:spacing w:after="20"/>
            </w:pPr>
            <w:r>
              <w:rPr>
                <w:sz w:val="14"/>
              </w:rPr>
              <w:t>Deathnote vs Texas Tuggers</w:t>
            </w:r>
          </w:p>
        </w:tc>
        <w:tc>
          <w:tcPr>
            <w:tcW w:w="3024" w:type="dxa"/>
          </w:tcPr>
          <w:p w14:paraId="0E750E83" w14:textId="77777777" w:rsidR="00F93383" w:rsidRDefault="00000000">
            <w:pPr>
              <w:spacing w:after="20"/>
            </w:pPr>
            <w:r>
              <w:rPr>
                <w:sz w:val="14"/>
              </w:rPr>
              <w:t>Chooches vs Zena Logistics (Comp)</w:t>
            </w:r>
          </w:p>
        </w:tc>
        <w:tc>
          <w:tcPr>
            <w:tcW w:w="3024" w:type="dxa"/>
          </w:tcPr>
          <w:p w14:paraId="3BBA5DCE" w14:textId="77777777" w:rsidR="00F93383" w:rsidRDefault="00000000">
            <w:pPr>
              <w:spacing w:after="20"/>
            </w:pPr>
            <w:r>
              <w:rPr>
                <w:sz w:val="14"/>
              </w:rPr>
              <w:t>The Compound vs The Strikeouts</w:t>
            </w:r>
          </w:p>
        </w:tc>
      </w:tr>
      <w:tr w:rsidR="00F93383" w14:paraId="22EEA56A" w14:textId="77777777">
        <w:trPr>
          <w:jc w:val="center"/>
        </w:trPr>
        <w:tc>
          <w:tcPr>
            <w:tcW w:w="3024" w:type="dxa"/>
          </w:tcPr>
          <w:p w14:paraId="543DF393" w14:textId="77777777" w:rsidR="00F93383" w:rsidRDefault="00000000">
            <w:pPr>
              <w:spacing w:after="20"/>
            </w:pPr>
            <w:r>
              <w:rPr>
                <w:sz w:val="14"/>
              </w:rPr>
              <w:t>9:20 PM</w:t>
            </w:r>
          </w:p>
        </w:tc>
        <w:tc>
          <w:tcPr>
            <w:tcW w:w="3024" w:type="dxa"/>
          </w:tcPr>
          <w:p w14:paraId="67B6270A" w14:textId="09C27FD9" w:rsidR="00F93383" w:rsidRDefault="00000000">
            <w:pPr>
              <w:spacing w:after="20"/>
            </w:pPr>
            <w:r>
              <w:rPr>
                <w:sz w:val="14"/>
              </w:rPr>
              <w:t xml:space="preserve">DP Crew vs </w:t>
            </w:r>
            <w:proofErr w:type="spellStart"/>
            <w:r w:rsidR="00D028B5">
              <w:rPr>
                <w:sz w:val="14"/>
              </w:rPr>
              <w:t>Chooches</w:t>
            </w:r>
            <w:proofErr w:type="spellEnd"/>
          </w:p>
        </w:tc>
        <w:tc>
          <w:tcPr>
            <w:tcW w:w="3024" w:type="dxa"/>
          </w:tcPr>
          <w:p w14:paraId="5204A644" w14:textId="77777777" w:rsidR="00F93383" w:rsidRDefault="00000000">
            <w:pPr>
              <w:spacing w:after="20"/>
            </w:pPr>
            <w:r>
              <w:rPr>
                <w:sz w:val="14"/>
              </w:rPr>
              <w:t>Hometown Heros vs Panthers</w:t>
            </w:r>
          </w:p>
        </w:tc>
        <w:tc>
          <w:tcPr>
            <w:tcW w:w="3024" w:type="dxa"/>
          </w:tcPr>
          <w:p w14:paraId="176B4D4E" w14:textId="77777777" w:rsidR="00F93383" w:rsidRDefault="00000000">
            <w:pPr>
              <w:spacing w:after="20"/>
            </w:pPr>
            <w:r>
              <w:rPr>
                <w:sz w:val="14"/>
              </w:rPr>
              <w:t>AVG HITTAS vs BC Bombers</w:t>
            </w:r>
          </w:p>
        </w:tc>
        <w:tc>
          <w:tcPr>
            <w:tcW w:w="3024" w:type="dxa"/>
          </w:tcPr>
          <w:p w14:paraId="0A817192" w14:textId="77777777" w:rsidR="00F93383" w:rsidRDefault="00000000">
            <w:pPr>
              <w:spacing w:after="20"/>
            </w:pPr>
            <w:r>
              <w:rPr>
                <w:sz w:val="14"/>
              </w:rPr>
              <w:t>Deathnote vs Los Borrachos</w:t>
            </w:r>
          </w:p>
        </w:tc>
      </w:tr>
      <w:tr w:rsidR="00F93383" w14:paraId="1229F60B" w14:textId="77777777">
        <w:trPr>
          <w:jc w:val="center"/>
        </w:trPr>
        <w:tc>
          <w:tcPr>
            <w:tcW w:w="3024" w:type="dxa"/>
          </w:tcPr>
          <w:p w14:paraId="384C8FE7" w14:textId="77777777" w:rsidR="00F93383" w:rsidRDefault="00000000">
            <w:pPr>
              <w:spacing w:after="20"/>
            </w:pPr>
            <w:r>
              <w:rPr>
                <w:sz w:val="14"/>
              </w:rPr>
              <w:t>10:25 PM</w:t>
            </w:r>
          </w:p>
        </w:tc>
        <w:tc>
          <w:tcPr>
            <w:tcW w:w="3024" w:type="dxa"/>
          </w:tcPr>
          <w:p w14:paraId="6C3953D4" w14:textId="77777777" w:rsidR="00F93383" w:rsidRDefault="00000000">
            <w:pPr>
              <w:spacing w:after="20"/>
            </w:pPr>
            <w:r>
              <w:rPr>
                <w:sz w:val="14"/>
              </w:rPr>
              <w:t>—</w:t>
            </w:r>
          </w:p>
        </w:tc>
        <w:tc>
          <w:tcPr>
            <w:tcW w:w="3024" w:type="dxa"/>
          </w:tcPr>
          <w:p w14:paraId="6E51CDB8" w14:textId="77777777" w:rsidR="00F93383" w:rsidRDefault="00000000">
            <w:pPr>
              <w:spacing w:after="20"/>
            </w:pPr>
            <w:r>
              <w:rPr>
                <w:sz w:val="14"/>
              </w:rPr>
              <w:t>—</w:t>
            </w:r>
          </w:p>
        </w:tc>
        <w:tc>
          <w:tcPr>
            <w:tcW w:w="3024" w:type="dxa"/>
          </w:tcPr>
          <w:p w14:paraId="534E06A6" w14:textId="77777777" w:rsidR="00F93383" w:rsidRDefault="00000000">
            <w:pPr>
              <w:spacing w:after="20"/>
            </w:pPr>
            <w:r>
              <w:rPr>
                <w:sz w:val="14"/>
              </w:rPr>
              <w:t>AVG HITTAS vs The Compound</w:t>
            </w:r>
          </w:p>
        </w:tc>
        <w:tc>
          <w:tcPr>
            <w:tcW w:w="3024" w:type="dxa"/>
          </w:tcPr>
          <w:p w14:paraId="7362036A" w14:textId="77777777" w:rsidR="00F93383" w:rsidRDefault="00000000">
            <w:pPr>
              <w:spacing w:after="20"/>
            </w:pPr>
            <w:r>
              <w:rPr>
                <w:sz w:val="14"/>
              </w:rPr>
              <w:t>DP Crew vs Panthers</w:t>
            </w:r>
          </w:p>
        </w:tc>
      </w:tr>
    </w:tbl>
    <w:p w14:paraId="6ED0B346" w14:textId="77777777" w:rsidR="00F93383" w:rsidRDefault="00F93383"/>
    <w:p w14:paraId="577A75DF" w14:textId="77777777" w:rsidR="00F93383" w:rsidRDefault="00000000">
      <w:pPr>
        <w:pStyle w:val="Heading2"/>
        <w:jc w:val="center"/>
      </w:pPr>
      <w:r>
        <w:t>17-TEAM SLOWPITCH LEAGUE SCHEDULE</w:t>
      </w:r>
    </w:p>
    <w:p w14:paraId="1008C627" w14:textId="77777777" w:rsidR="00F93383" w:rsidRDefault="00000000">
      <w:pPr>
        <w:jc w:val="center"/>
      </w:pPr>
      <w:r>
        <w:t>WEEK 3  |  FIELDS 5–8  |  DOUBLEHEADERS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22"/>
        <w:gridCol w:w="3022"/>
        <w:gridCol w:w="3022"/>
        <w:gridCol w:w="3022"/>
        <w:gridCol w:w="3022"/>
      </w:tblGrid>
      <w:tr w:rsidR="00F93383" w14:paraId="4C047B4D" w14:textId="77777777">
        <w:trPr>
          <w:jc w:val="center"/>
        </w:trPr>
        <w:tc>
          <w:tcPr>
            <w:tcW w:w="3024" w:type="dxa"/>
          </w:tcPr>
          <w:p w14:paraId="3BA68D5A" w14:textId="77777777" w:rsidR="00F93383" w:rsidRDefault="00000000">
            <w:pPr>
              <w:spacing w:after="20"/>
            </w:pPr>
            <w:r>
              <w:rPr>
                <w:sz w:val="14"/>
              </w:rPr>
              <w:t>Time</w:t>
            </w:r>
          </w:p>
        </w:tc>
        <w:tc>
          <w:tcPr>
            <w:tcW w:w="3024" w:type="dxa"/>
          </w:tcPr>
          <w:p w14:paraId="7F897E99" w14:textId="77777777" w:rsidR="00F93383" w:rsidRDefault="00000000">
            <w:pPr>
              <w:spacing w:after="20"/>
            </w:pPr>
            <w:r>
              <w:rPr>
                <w:sz w:val="14"/>
              </w:rPr>
              <w:t>Field 5</w:t>
            </w:r>
          </w:p>
        </w:tc>
        <w:tc>
          <w:tcPr>
            <w:tcW w:w="3024" w:type="dxa"/>
          </w:tcPr>
          <w:p w14:paraId="58CAA9AB" w14:textId="77777777" w:rsidR="00F93383" w:rsidRDefault="00000000">
            <w:pPr>
              <w:spacing w:after="20"/>
            </w:pPr>
            <w:r>
              <w:rPr>
                <w:sz w:val="14"/>
              </w:rPr>
              <w:t>Field 6</w:t>
            </w:r>
          </w:p>
        </w:tc>
        <w:tc>
          <w:tcPr>
            <w:tcW w:w="3024" w:type="dxa"/>
          </w:tcPr>
          <w:p w14:paraId="71DBE926" w14:textId="77777777" w:rsidR="00F93383" w:rsidRDefault="00000000">
            <w:pPr>
              <w:spacing w:after="20"/>
            </w:pPr>
            <w:r>
              <w:rPr>
                <w:sz w:val="14"/>
              </w:rPr>
              <w:t>Field 7</w:t>
            </w:r>
          </w:p>
        </w:tc>
        <w:tc>
          <w:tcPr>
            <w:tcW w:w="3024" w:type="dxa"/>
          </w:tcPr>
          <w:p w14:paraId="1C8C4374" w14:textId="77777777" w:rsidR="00F93383" w:rsidRDefault="00000000">
            <w:pPr>
              <w:spacing w:after="20"/>
            </w:pPr>
            <w:r>
              <w:rPr>
                <w:sz w:val="14"/>
              </w:rPr>
              <w:t>Field 8</w:t>
            </w:r>
          </w:p>
        </w:tc>
      </w:tr>
      <w:tr w:rsidR="00F93383" w14:paraId="427B21F3" w14:textId="77777777">
        <w:trPr>
          <w:jc w:val="center"/>
        </w:trPr>
        <w:tc>
          <w:tcPr>
            <w:tcW w:w="3024" w:type="dxa"/>
          </w:tcPr>
          <w:p w14:paraId="62FB21B8" w14:textId="77777777" w:rsidR="00F93383" w:rsidRDefault="00000000">
            <w:pPr>
              <w:spacing w:after="20"/>
            </w:pPr>
            <w:r>
              <w:rPr>
                <w:sz w:val="14"/>
              </w:rPr>
              <w:t>6:05 PM</w:t>
            </w:r>
          </w:p>
        </w:tc>
        <w:tc>
          <w:tcPr>
            <w:tcW w:w="3024" w:type="dxa"/>
          </w:tcPr>
          <w:p w14:paraId="57498D7F" w14:textId="77777777" w:rsidR="00F93383" w:rsidRDefault="00000000">
            <w:pPr>
              <w:spacing w:after="20"/>
            </w:pPr>
            <w:r>
              <w:rPr>
                <w:sz w:val="14"/>
              </w:rPr>
              <w:t>—</w:t>
            </w:r>
          </w:p>
        </w:tc>
        <w:tc>
          <w:tcPr>
            <w:tcW w:w="3024" w:type="dxa"/>
          </w:tcPr>
          <w:p w14:paraId="3BC6326E" w14:textId="77777777" w:rsidR="00F93383" w:rsidRDefault="00000000">
            <w:pPr>
              <w:spacing w:after="20"/>
            </w:pPr>
            <w:r>
              <w:rPr>
                <w:sz w:val="14"/>
              </w:rPr>
              <w:t>Whiskey Business vs NTX Rejects (Comp)</w:t>
            </w:r>
          </w:p>
        </w:tc>
        <w:tc>
          <w:tcPr>
            <w:tcW w:w="3024" w:type="dxa"/>
          </w:tcPr>
          <w:p w14:paraId="3D897203" w14:textId="77777777" w:rsidR="00F93383" w:rsidRDefault="00000000">
            <w:pPr>
              <w:spacing w:after="20"/>
            </w:pPr>
            <w:r>
              <w:rPr>
                <w:sz w:val="14"/>
              </w:rPr>
              <w:t>—</w:t>
            </w:r>
          </w:p>
        </w:tc>
        <w:tc>
          <w:tcPr>
            <w:tcW w:w="3024" w:type="dxa"/>
          </w:tcPr>
          <w:p w14:paraId="5CE7C4F0" w14:textId="77777777" w:rsidR="00F93383" w:rsidRDefault="00000000">
            <w:pPr>
              <w:spacing w:after="20"/>
            </w:pPr>
            <w:r>
              <w:rPr>
                <w:sz w:val="14"/>
              </w:rPr>
              <w:t>Panthers vs The Compound</w:t>
            </w:r>
          </w:p>
        </w:tc>
      </w:tr>
      <w:tr w:rsidR="00F93383" w14:paraId="63D8F18C" w14:textId="77777777">
        <w:trPr>
          <w:jc w:val="center"/>
        </w:trPr>
        <w:tc>
          <w:tcPr>
            <w:tcW w:w="3024" w:type="dxa"/>
          </w:tcPr>
          <w:p w14:paraId="08D23D4C" w14:textId="77777777" w:rsidR="00F93383" w:rsidRDefault="00000000">
            <w:pPr>
              <w:spacing w:after="20"/>
            </w:pPr>
            <w:r>
              <w:rPr>
                <w:sz w:val="14"/>
              </w:rPr>
              <w:t>7:10 PM</w:t>
            </w:r>
          </w:p>
        </w:tc>
        <w:tc>
          <w:tcPr>
            <w:tcW w:w="3024" w:type="dxa"/>
          </w:tcPr>
          <w:p w14:paraId="0486542B" w14:textId="77777777" w:rsidR="00F93383" w:rsidRDefault="00000000">
            <w:pPr>
              <w:spacing w:after="20"/>
            </w:pPr>
            <w:r>
              <w:rPr>
                <w:sz w:val="14"/>
              </w:rPr>
              <w:t>DP Crew vs The Compound</w:t>
            </w:r>
          </w:p>
        </w:tc>
        <w:tc>
          <w:tcPr>
            <w:tcW w:w="3024" w:type="dxa"/>
          </w:tcPr>
          <w:p w14:paraId="3057BB02" w14:textId="77777777" w:rsidR="00F93383" w:rsidRDefault="00000000">
            <w:pPr>
              <w:spacing w:after="20"/>
            </w:pPr>
            <w:r>
              <w:rPr>
                <w:sz w:val="14"/>
              </w:rPr>
              <w:t>Los Borrachos vs Panthers</w:t>
            </w:r>
          </w:p>
        </w:tc>
        <w:tc>
          <w:tcPr>
            <w:tcW w:w="3024" w:type="dxa"/>
          </w:tcPr>
          <w:p w14:paraId="30ADF6D9" w14:textId="77777777" w:rsidR="00F93383" w:rsidRDefault="00000000">
            <w:pPr>
              <w:spacing w:after="20"/>
            </w:pPr>
            <w:r>
              <w:rPr>
                <w:sz w:val="14"/>
              </w:rPr>
              <w:t>Texas Tuggers vs NTX Rejects (Comp)</w:t>
            </w:r>
          </w:p>
        </w:tc>
        <w:tc>
          <w:tcPr>
            <w:tcW w:w="3024" w:type="dxa"/>
          </w:tcPr>
          <w:p w14:paraId="1CE3A260" w14:textId="77777777" w:rsidR="00F93383" w:rsidRDefault="00000000">
            <w:pPr>
              <w:spacing w:after="20"/>
            </w:pPr>
            <w:r>
              <w:rPr>
                <w:sz w:val="14"/>
              </w:rPr>
              <w:t>Chooches vs The Strikeouts</w:t>
            </w:r>
          </w:p>
        </w:tc>
      </w:tr>
      <w:tr w:rsidR="00F93383" w14:paraId="7759A3A7" w14:textId="77777777">
        <w:trPr>
          <w:jc w:val="center"/>
        </w:trPr>
        <w:tc>
          <w:tcPr>
            <w:tcW w:w="3024" w:type="dxa"/>
          </w:tcPr>
          <w:p w14:paraId="14B77C4D" w14:textId="77777777" w:rsidR="00F93383" w:rsidRDefault="00000000">
            <w:pPr>
              <w:spacing w:after="20"/>
            </w:pPr>
            <w:r>
              <w:rPr>
                <w:sz w:val="14"/>
              </w:rPr>
              <w:t>8:15 PM</w:t>
            </w:r>
          </w:p>
        </w:tc>
        <w:tc>
          <w:tcPr>
            <w:tcW w:w="3024" w:type="dxa"/>
          </w:tcPr>
          <w:p w14:paraId="5E2853C9" w14:textId="77777777" w:rsidR="00F93383" w:rsidRDefault="00000000">
            <w:pPr>
              <w:spacing w:after="20"/>
            </w:pPr>
            <w:r>
              <w:rPr>
                <w:sz w:val="14"/>
              </w:rPr>
              <w:t>The Strikeouts vs Smack That (Comp)</w:t>
            </w:r>
          </w:p>
        </w:tc>
        <w:tc>
          <w:tcPr>
            <w:tcW w:w="3024" w:type="dxa"/>
          </w:tcPr>
          <w:p w14:paraId="4C23409A" w14:textId="77777777" w:rsidR="00F93383" w:rsidRDefault="00000000">
            <w:pPr>
              <w:spacing w:after="20"/>
            </w:pPr>
            <w:r>
              <w:rPr>
                <w:sz w:val="14"/>
              </w:rPr>
              <w:t>BC Bombers vs Hometown Heros</w:t>
            </w:r>
          </w:p>
        </w:tc>
        <w:tc>
          <w:tcPr>
            <w:tcW w:w="3024" w:type="dxa"/>
          </w:tcPr>
          <w:p w14:paraId="7F723413" w14:textId="77777777" w:rsidR="00F93383" w:rsidRDefault="00000000">
            <w:pPr>
              <w:spacing w:after="20"/>
            </w:pPr>
            <w:r>
              <w:rPr>
                <w:sz w:val="14"/>
              </w:rPr>
              <w:t>Los Borrachos vs Regulators</w:t>
            </w:r>
          </w:p>
        </w:tc>
        <w:tc>
          <w:tcPr>
            <w:tcW w:w="3024" w:type="dxa"/>
          </w:tcPr>
          <w:p w14:paraId="5B44BED4" w14:textId="77777777" w:rsidR="00F93383" w:rsidRDefault="00000000">
            <w:pPr>
              <w:spacing w:after="20"/>
            </w:pPr>
            <w:r>
              <w:rPr>
                <w:sz w:val="14"/>
              </w:rPr>
              <w:t>Tejanos vs Whiskey Business</w:t>
            </w:r>
          </w:p>
        </w:tc>
      </w:tr>
      <w:tr w:rsidR="00F93383" w14:paraId="2F42BDE6" w14:textId="77777777">
        <w:trPr>
          <w:jc w:val="center"/>
        </w:trPr>
        <w:tc>
          <w:tcPr>
            <w:tcW w:w="3024" w:type="dxa"/>
          </w:tcPr>
          <w:p w14:paraId="44E8394D" w14:textId="77777777" w:rsidR="00F93383" w:rsidRDefault="00000000">
            <w:pPr>
              <w:spacing w:after="20"/>
            </w:pPr>
            <w:r>
              <w:rPr>
                <w:sz w:val="14"/>
              </w:rPr>
              <w:t>9:20 PM</w:t>
            </w:r>
          </w:p>
        </w:tc>
        <w:tc>
          <w:tcPr>
            <w:tcW w:w="3024" w:type="dxa"/>
          </w:tcPr>
          <w:p w14:paraId="1BEB0DBA" w14:textId="77777777" w:rsidR="00F93383" w:rsidRDefault="00000000">
            <w:pPr>
              <w:spacing w:after="20"/>
            </w:pPr>
            <w:r>
              <w:rPr>
                <w:sz w:val="14"/>
              </w:rPr>
              <w:t>Chooches vs Texas Tuggers</w:t>
            </w:r>
          </w:p>
        </w:tc>
        <w:tc>
          <w:tcPr>
            <w:tcW w:w="3024" w:type="dxa"/>
          </w:tcPr>
          <w:p w14:paraId="237A4860" w14:textId="77777777" w:rsidR="00F93383" w:rsidRDefault="00000000">
            <w:pPr>
              <w:spacing w:after="20"/>
            </w:pPr>
            <w:r>
              <w:rPr>
                <w:sz w:val="14"/>
              </w:rPr>
              <w:t>Deathnote vs Tejanos</w:t>
            </w:r>
          </w:p>
        </w:tc>
        <w:tc>
          <w:tcPr>
            <w:tcW w:w="3024" w:type="dxa"/>
          </w:tcPr>
          <w:p w14:paraId="2537605F" w14:textId="77777777" w:rsidR="00F93383" w:rsidRDefault="00000000">
            <w:pPr>
              <w:spacing w:after="20"/>
            </w:pPr>
            <w:r>
              <w:rPr>
                <w:sz w:val="14"/>
              </w:rPr>
              <w:t>DP Crew vs Hometown Heros</w:t>
            </w:r>
          </w:p>
        </w:tc>
        <w:tc>
          <w:tcPr>
            <w:tcW w:w="3024" w:type="dxa"/>
          </w:tcPr>
          <w:p w14:paraId="5878D9A7" w14:textId="77777777" w:rsidR="00F93383" w:rsidRDefault="00000000">
            <w:pPr>
              <w:spacing w:after="20"/>
            </w:pPr>
            <w:r>
              <w:rPr>
                <w:sz w:val="14"/>
              </w:rPr>
              <w:t>AVG HITTAS vs Zena Logistics (Comp)</w:t>
            </w:r>
          </w:p>
        </w:tc>
      </w:tr>
      <w:tr w:rsidR="00F93383" w14:paraId="3A6E733E" w14:textId="77777777">
        <w:trPr>
          <w:jc w:val="center"/>
        </w:trPr>
        <w:tc>
          <w:tcPr>
            <w:tcW w:w="3024" w:type="dxa"/>
          </w:tcPr>
          <w:p w14:paraId="2E7BFF6A" w14:textId="77777777" w:rsidR="00F93383" w:rsidRDefault="00000000">
            <w:pPr>
              <w:spacing w:after="20"/>
            </w:pPr>
            <w:r>
              <w:rPr>
                <w:sz w:val="14"/>
              </w:rPr>
              <w:t>10:25 PM</w:t>
            </w:r>
          </w:p>
        </w:tc>
        <w:tc>
          <w:tcPr>
            <w:tcW w:w="3024" w:type="dxa"/>
          </w:tcPr>
          <w:p w14:paraId="66025DB2" w14:textId="77777777" w:rsidR="00F93383" w:rsidRDefault="00000000">
            <w:pPr>
              <w:spacing w:after="20"/>
            </w:pPr>
            <w:r>
              <w:rPr>
                <w:sz w:val="14"/>
              </w:rPr>
              <w:t>—</w:t>
            </w:r>
          </w:p>
        </w:tc>
        <w:tc>
          <w:tcPr>
            <w:tcW w:w="3024" w:type="dxa"/>
          </w:tcPr>
          <w:p w14:paraId="03D16DDA" w14:textId="77777777" w:rsidR="00F93383" w:rsidRDefault="00000000">
            <w:pPr>
              <w:spacing w:after="20"/>
            </w:pPr>
            <w:r>
              <w:rPr>
                <w:sz w:val="14"/>
              </w:rPr>
              <w:t>AVG HITTAS vs Smack That (Comp)</w:t>
            </w:r>
          </w:p>
        </w:tc>
        <w:tc>
          <w:tcPr>
            <w:tcW w:w="3024" w:type="dxa"/>
          </w:tcPr>
          <w:p w14:paraId="14700529" w14:textId="77777777" w:rsidR="00F93383" w:rsidRDefault="00000000">
            <w:pPr>
              <w:spacing w:after="20"/>
            </w:pPr>
            <w:r>
              <w:rPr>
                <w:sz w:val="14"/>
              </w:rPr>
              <w:t>Deathnote vs Regulators</w:t>
            </w:r>
          </w:p>
        </w:tc>
        <w:tc>
          <w:tcPr>
            <w:tcW w:w="3024" w:type="dxa"/>
          </w:tcPr>
          <w:p w14:paraId="2882BBE1" w14:textId="77777777" w:rsidR="00F93383" w:rsidRDefault="00000000">
            <w:pPr>
              <w:spacing w:after="20"/>
            </w:pPr>
            <w:r>
              <w:rPr>
                <w:sz w:val="14"/>
              </w:rPr>
              <w:t>BC Bombers vs Zena Logistics (Comp)</w:t>
            </w:r>
          </w:p>
        </w:tc>
      </w:tr>
    </w:tbl>
    <w:p w14:paraId="3A47D675" w14:textId="77777777" w:rsidR="00F93383" w:rsidRDefault="00F93383"/>
    <w:p w14:paraId="70FB2489" w14:textId="77777777" w:rsidR="00F93383" w:rsidRDefault="00000000">
      <w:pPr>
        <w:pStyle w:val="Heading2"/>
        <w:jc w:val="center"/>
      </w:pPr>
      <w:r>
        <w:t>17-TEAM SLOWPITCH LEAGUE SCHEDULE</w:t>
      </w:r>
    </w:p>
    <w:p w14:paraId="6DB59A65" w14:textId="77777777" w:rsidR="00F93383" w:rsidRDefault="00000000">
      <w:pPr>
        <w:jc w:val="center"/>
      </w:pPr>
      <w:r>
        <w:t>WEEK 4  |  FIELDS 5–8  |  DOUBLEHEADERS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22"/>
        <w:gridCol w:w="3022"/>
        <w:gridCol w:w="3022"/>
        <w:gridCol w:w="3022"/>
        <w:gridCol w:w="3022"/>
      </w:tblGrid>
      <w:tr w:rsidR="00F93383" w14:paraId="67AC7DB4" w14:textId="77777777">
        <w:trPr>
          <w:jc w:val="center"/>
        </w:trPr>
        <w:tc>
          <w:tcPr>
            <w:tcW w:w="3024" w:type="dxa"/>
          </w:tcPr>
          <w:p w14:paraId="6AF113FE" w14:textId="77777777" w:rsidR="00F93383" w:rsidRDefault="00000000">
            <w:pPr>
              <w:spacing w:after="20"/>
            </w:pPr>
            <w:r>
              <w:rPr>
                <w:sz w:val="14"/>
              </w:rPr>
              <w:t>Time</w:t>
            </w:r>
          </w:p>
        </w:tc>
        <w:tc>
          <w:tcPr>
            <w:tcW w:w="3024" w:type="dxa"/>
          </w:tcPr>
          <w:p w14:paraId="3D98E87E" w14:textId="77777777" w:rsidR="00F93383" w:rsidRDefault="00000000">
            <w:pPr>
              <w:spacing w:after="20"/>
            </w:pPr>
            <w:r>
              <w:rPr>
                <w:sz w:val="14"/>
              </w:rPr>
              <w:t>Field 5</w:t>
            </w:r>
          </w:p>
        </w:tc>
        <w:tc>
          <w:tcPr>
            <w:tcW w:w="3024" w:type="dxa"/>
          </w:tcPr>
          <w:p w14:paraId="2E1BEEEF" w14:textId="77777777" w:rsidR="00F93383" w:rsidRDefault="00000000">
            <w:pPr>
              <w:spacing w:after="20"/>
            </w:pPr>
            <w:r>
              <w:rPr>
                <w:sz w:val="14"/>
              </w:rPr>
              <w:t>Field 6</w:t>
            </w:r>
          </w:p>
        </w:tc>
        <w:tc>
          <w:tcPr>
            <w:tcW w:w="3024" w:type="dxa"/>
          </w:tcPr>
          <w:p w14:paraId="00AA1368" w14:textId="77777777" w:rsidR="00F93383" w:rsidRDefault="00000000">
            <w:pPr>
              <w:spacing w:after="20"/>
            </w:pPr>
            <w:r>
              <w:rPr>
                <w:sz w:val="14"/>
              </w:rPr>
              <w:t>Field 7</w:t>
            </w:r>
          </w:p>
        </w:tc>
        <w:tc>
          <w:tcPr>
            <w:tcW w:w="3024" w:type="dxa"/>
          </w:tcPr>
          <w:p w14:paraId="17B72253" w14:textId="77777777" w:rsidR="00F93383" w:rsidRDefault="00000000">
            <w:pPr>
              <w:spacing w:after="20"/>
            </w:pPr>
            <w:r>
              <w:rPr>
                <w:sz w:val="14"/>
              </w:rPr>
              <w:t>Field 8</w:t>
            </w:r>
          </w:p>
        </w:tc>
      </w:tr>
      <w:tr w:rsidR="00F93383" w14:paraId="6A1966F2" w14:textId="77777777">
        <w:trPr>
          <w:jc w:val="center"/>
        </w:trPr>
        <w:tc>
          <w:tcPr>
            <w:tcW w:w="3024" w:type="dxa"/>
          </w:tcPr>
          <w:p w14:paraId="5F5F4688" w14:textId="77777777" w:rsidR="00F93383" w:rsidRDefault="00000000">
            <w:pPr>
              <w:spacing w:after="20"/>
            </w:pPr>
            <w:r>
              <w:rPr>
                <w:sz w:val="14"/>
              </w:rPr>
              <w:t>6:05 PM</w:t>
            </w:r>
          </w:p>
        </w:tc>
        <w:tc>
          <w:tcPr>
            <w:tcW w:w="3024" w:type="dxa"/>
          </w:tcPr>
          <w:p w14:paraId="6521B35C" w14:textId="77777777" w:rsidR="00F93383" w:rsidRDefault="00000000">
            <w:pPr>
              <w:spacing w:after="20"/>
            </w:pPr>
            <w:r>
              <w:rPr>
                <w:sz w:val="14"/>
              </w:rPr>
              <w:t>BC Bombers vs Deathnote</w:t>
            </w:r>
          </w:p>
        </w:tc>
        <w:tc>
          <w:tcPr>
            <w:tcW w:w="3024" w:type="dxa"/>
          </w:tcPr>
          <w:p w14:paraId="58EAB619" w14:textId="77777777" w:rsidR="00F93383" w:rsidRDefault="00000000">
            <w:pPr>
              <w:spacing w:after="20"/>
            </w:pPr>
            <w:r>
              <w:rPr>
                <w:sz w:val="14"/>
              </w:rPr>
              <w:t>Texas Tuggers vs Smack That (Comp)</w:t>
            </w:r>
          </w:p>
        </w:tc>
        <w:tc>
          <w:tcPr>
            <w:tcW w:w="3024" w:type="dxa"/>
          </w:tcPr>
          <w:p w14:paraId="3F58C994" w14:textId="77777777" w:rsidR="00F93383" w:rsidRDefault="00000000">
            <w:pPr>
              <w:spacing w:after="20"/>
            </w:pPr>
            <w:r>
              <w:rPr>
                <w:sz w:val="14"/>
              </w:rPr>
              <w:t>Whiskey Business vs Zena Logistics (Comp)</w:t>
            </w:r>
          </w:p>
        </w:tc>
        <w:tc>
          <w:tcPr>
            <w:tcW w:w="3024" w:type="dxa"/>
          </w:tcPr>
          <w:p w14:paraId="4C3A0D34" w14:textId="77777777" w:rsidR="00F93383" w:rsidRDefault="00000000">
            <w:pPr>
              <w:spacing w:after="20"/>
            </w:pPr>
            <w:r>
              <w:rPr>
                <w:sz w:val="14"/>
              </w:rPr>
              <w:t>—</w:t>
            </w:r>
          </w:p>
        </w:tc>
      </w:tr>
      <w:tr w:rsidR="00F93383" w14:paraId="6BDADC65" w14:textId="77777777">
        <w:trPr>
          <w:jc w:val="center"/>
        </w:trPr>
        <w:tc>
          <w:tcPr>
            <w:tcW w:w="3024" w:type="dxa"/>
          </w:tcPr>
          <w:p w14:paraId="6B8F30B2" w14:textId="77777777" w:rsidR="00F93383" w:rsidRDefault="00000000">
            <w:pPr>
              <w:spacing w:after="20"/>
            </w:pPr>
            <w:r>
              <w:rPr>
                <w:sz w:val="14"/>
              </w:rPr>
              <w:t>7:10 PM</w:t>
            </w:r>
          </w:p>
        </w:tc>
        <w:tc>
          <w:tcPr>
            <w:tcW w:w="3024" w:type="dxa"/>
          </w:tcPr>
          <w:p w14:paraId="6F4C143F" w14:textId="77777777" w:rsidR="00F93383" w:rsidRDefault="00000000">
            <w:pPr>
              <w:spacing w:after="20"/>
            </w:pPr>
            <w:r>
              <w:rPr>
                <w:sz w:val="14"/>
              </w:rPr>
              <w:t>Los Borrachos vs Regulators</w:t>
            </w:r>
          </w:p>
        </w:tc>
        <w:tc>
          <w:tcPr>
            <w:tcW w:w="3024" w:type="dxa"/>
          </w:tcPr>
          <w:p w14:paraId="54B1B131" w14:textId="77777777" w:rsidR="00F93383" w:rsidRDefault="00000000">
            <w:pPr>
              <w:spacing w:after="20"/>
            </w:pPr>
            <w:r>
              <w:rPr>
                <w:sz w:val="14"/>
              </w:rPr>
              <w:t>Tejanos vs Texas Tuggers</w:t>
            </w:r>
          </w:p>
        </w:tc>
        <w:tc>
          <w:tcPr>
            <w:tcW w:w="3024" w:type="dxa"/>
          </w:tcPr>
          <w:p w14:paraId="3FE78BD4" w14:textId="14AC5769" w:rsidR="00F93383" w:rsidRDefault="00000000">
            <w:pPr>
              <w:spacing w:after="20"/>
            </w:pPr>
            <w:r>
              <w:rPr>
                <w:sz w:val="14"/>
              </w:rPr>
              <w:t xml:space="preserve">Hometown Heros vs </w:t>
            </w:r>
            <w:r w:rsidR="00D028B5">
              <w:rPr>
                <w:sz w:val="14"/>
              </w:rPr>
              <w:t>Panthers</w:t>
            </w:r>
          </w:p>
        </w:tc>
        <w:tc>
          <w:tcPr>
            <w:tcW w:w="3024" w:type="dxa"/>
          </w:tcPr>
          <w:p w14:paraId="30EC147D" w14:textId="77777777" w:rsidR="00F93383" w:rsidRDefault="00000000">
            <w:pPr>
              <w:spacing w:after="20"/>
            </w:pPr>
            <w:r>
              <w:rPr>
                <w:sz w:val="14"/>
              </w:rPr>
              <w:t>Smack That (Comp) vs Zena Logistics (Comp)</w:t>
            </w:r>
          </w:p>
        </w:tc>
      </w:tr>
      <w:tr w:rsidR="00F93383" w14:paraId="145DC5FC" w14:textId="77777777">
        <w:trPr>
          <w:jc w:val="center"/>
        </w:trPr>
        <w:tc>
          <w:tcPr>
            <w:tcW w:w="3024" w:type="dxa"/>
          </w:tcPr>
          <w:p w14:paraId="4645F87D" w14:textId="77777777" w:rsidR="00F93383" w:rsidRDefault="00000000">
            <w:pPr>
              <w:spacing w:after="20"/>
            </w:pPr>
            <w:r>
              <w:rPr>
                <w:sz w:val="14"/>
              </w:rPr>
              <w:t>8:15 PM</w:t>
            </w:r>
          </w:p>
        </w:tc>
        <w:tc>
          <w:tcPr>
            <w:tcW w:w="3024" w:type="dxa"/>
          </w:tcPr>
          <w:p w14:paraId="055ABF89" w14:textId="77777777" w:rsidR="00F93383" w:rsidRDefault="00000000">
            <w:pPr>
              <w:spacing w:after="20"/>
            </w:pPr>
            <w:r>
              <w:rPr>
                <w:sz w:val="14"/>
              </w:rPr>
              <w:t>BC Bombers vs The Strikeouts</w:t>
            </w:r>
          </w:p>
        </w:tc>
        <w:tc>
          <w:tcPr>
            <w:tcW w:w="3024" w:type="dxa"/>
          </w:tcPr>
          <w:p w14:paraId="0572A25F" w14:textId="77777777" w:rsidR="00F93383" w:rsidRDefault="00000000">
            <w:pPr>
              <w:spacing w:after="20"/>
            </w:pPr>
            <w:r>
              <w:rPr>
                <w:sz w:val="14"/>
              </w:rPr>
              <w:t>Hometown Heros vs Whiskey Business</w:t>
            </w:r>
          </w:p>
        </w:tc>
        <w:tc>
          <w:tcPr>
            <w:tcW w:w="3024" w:type="dxa"/>
          </w:tcPr>
          <w:p w14:paraId="19CBC173" w14:textId="77777777" w:rsidR="00F93383" w:rsidRDefault="00000000">
            <w:pPr>
              <w:spacing w:after="20"/>
            </w:pPr>
            <w:r>
              <w:rPr>
                <w:sz w:val="14"/>
              </w:rPr>
              <w:t>Chooches vs Tejanos</w:t>
            </w:r>
          </w:p>
        </w:tc>
        <w:tc>
          <w:tcPr>
            <w:tcW w:w="3024" w:type="dxa"/>
          </w:tcPr>
          <w:p w14:paraId="38C90F53" w14:textId="77777777" w:rsidR="00F93383" w:rsidRDefault="00000000">
            <w:pPr>
              <w:spacing w:after="20"/>
            </w:pPr>
            <w:r>
              <w:rPr>
                <w:sz w:val="14"/>
              </w:rPr>
              <w:t>AVG HITTAS vs Deathnote</w:t>
            </w:r>
          </w:p>
        </w:tc>
      </w:tr>
      <w:tr w:rsidR="00F93383" w14:paraId="1F853FCB" w14:textId="77777777">
        <w:trPr>
          <w:jc w:val="center"/>
        </w:trPr>
        <w:tc>
          <w:tcPr>
            <w:tcW w:w="3024" w:type="dxa"/>
          </w:tcPr>
          <w:p w14:paraId="6C811E6C" w14:textId="77777777" w:rsidR="00F93383" w:rsidRDefault="00000000">
            <w:pPr>
              <w:spacing w:after="20"/>
            </w:pPr>
            <w:r>
              <w:rPr>
                <w:sz w:val="14"/>
              </w:rPr>
              <w:t>9:20 PM</w:t>
            </w:r>
          </w:p>
        </w:tc>
        <w:tc>
          <w:tcPr>
            <w:tcW w:w="3024" w:type="dxa"/>
          </w:tcPr>
          <w:p w14:paraId="3079192F" w14:textId="77777777" w:rsidR="00F93383" w:rsidRDefault="00000000">
            <w:pPr>
              <w:spacing w:after="20"/>
            </w:pPr>
            <w:r>
              <w:rPr>
                <w:sz w:val="14"/>
              </w:rPr>
              <w:t>AVG HITTAS vs Los Borrachos</w:t>
            </w:r>
          </w:p>
        </w:tc>
        <w:tc>
          <w:tcPr>
            <w:tcW w:w="3024" w:type="dxa"/>
          </w:tcPr>
          <w:p w14:paraId="30C7F4F8" w14:textId="77777777" w:rsidR="00F93383" w:rsidRDefault="00000000">
            <w:pPr>
              <w:spacing w:after="20"/>
            </w:pPr>
            <w:r>
              <w:rPr>
                <w:sz w:val="14"/>
              </w:rPr>
              <w:t>Regulators vs The Compound</w:t>
            </w:r>
          </w:p>
        </w:tc>
        <w:tc>
          <w:tcPr>
            <w:tcW w:w="3024" w:type="dxa"/>
          </w:tcPr>
          <w:p w14:paraId="020DA038" w14:textId="77777777" w:rsidR="00F93383" w:rsidRDefault="00000000">
            <w:pPr>
              <w:spacing w:after="20"/>
            </w:pPr>
            <w:r>
              <w:rPr>
                <w:sz w:val="14"/>
              </w:rPr>
              <w:t>Chooches vs NTX Rejects (Comp)</w:t>
            </w:r>
          </w:p>
        </w:tc>
        <w:tc>
          <w:tcPr>
            <w:tcW w:w="3024" w:type="dxa"/>
          </w:tcPr>
          <w:p w14:paraId="5FC83AD1" w14:textId="77777777" w:rsidR="00F93383" w:rsidRDefault="00000000">
            <w:pPr>
              <w:spacing w:after="20"/>
            </w:pPr>
            <w:r>
              <w:rPr>
                <w:sz w:val="14"/>
              </w:rPr>
              <w:t>DP Crew vs Panthers</w:t>
            </w:r>
          </w:p>
        </w:tc>
      </w:tr>
      <w:tr w:rsidR="00F93383" w14:paraId="1A1E4922" w14:textId="77777777">
        <w:trPr>
          <w:jc w:val="center"/>
        </w:trPr>
        <w:tc>
          <w:tcPr>
            <w:tcW w:w="3024" w:type="dxa"/>
          </w:tcPr>
          <w:p w14:paraId="55ED0D63" w14:textId="77777777" w:rsidR="00F93383" w:rsidRDefault="00000000">
            <w:pPr>
              <w:spacing w:after="20"/>
            </w:pPr>
            <w:r>
              <w:rPr>
                <w:sz w:val="14"/>
              </w:rPr>
              <w:t>10:25 PM</w:t>
            </w:r>
          </w:p>
        </w:tc>
        <w:tc>
          <w:tcPr>
            <w:tcW w:w="3024" w:type="dxa"/>
          </w:tcPr>
          <w:p w14:paraId="0227631D" w14:textId="77777777" w:rsidR="00F93383" w:rsidRDefault="00000000">
            <w:pPr>
              <w:spacing w:after="20"/>
            </w:pPr>
            <w:r>
              <w:rPr>
                <w:sz w:val="14"/>
              </w:rPr>
              <w:t>DP Crew vs The Strikeouts</w:t>
            </w:r>
          </w:p>
        </w:tc>
        <w:tc>
          <w:tcPr>
            <w:tcW w:w="3024" w:type="dxa"/>
          </w:tcPr>
          <w:p w14:paraId="3C120256" w14:textId="1962BA26" w:rsidR="00F93383" w:rsidRDefault="00D028B5">
            <w:pPr>
              <w:spacing w:after="20"/>
            </w:pPr>
            <w:r>
              <w:rPr>
                <w:sz w:val="14"/>
              </w:rPr>
              <w:t>The Compound</w:t>
            </w:r>
            <w:r w:rsidR="00000000">
              <w:rPr>
                <w:sz w:val="14"/>
              </w:rPr>
              <w:t xml:space="preserve"> vs NTX Rejects (Comp)</w:t>
            </w:r>
          </w:p>
        </w:tc>
        <w:tc>
          <w:tcPr>
            <w:tcW w:w="3024" w:type="dxa"/>
          </w:tcPr>
          <w:p w14:paraId="19F07CEE" w14:textId="77777777" w:rsidR="00F93383" w:rsidRDefault="00000000">
            <w:pPr>
              <w:spacing w:after="20"/>
            </w:pPr>
            <w:r>
              <w:rPr>
                <w:sz w:val="14"/>
              </w:rPr>
              <w:t>—</w:t>
            </w:r>
          </w:p>
        </w:tc>
        <w:tc>
          <w:tcPr>
            <w:tcW w:w="3024" w:type="dxa"/>
          </w:tcPr>
          <w:p w14:paraId="39F57F38" w14:textId="77777777" w:rsidR="00F93383" w:rsidRDefault="00000000">
            <w:pPr>
              <w:spacing w:after="20"/>
            </w:pPr>
            <w:r>
              <w:rPr>
                <w:sz w:val="14"/>
              </w:rPr>
              <w:t>—</w:t>
            </w:r>
          </w:p>
        </w:tc>
      </w:tr>
    </w:tbl>
    <w:p w14:paraId="16E86343" w14:textId="77777777" w:rsidR="00AD07A8" w:rsidRDefault="00AD07A8"/>
    <w:sectPr w:rsidR="00AD07A8" w:rsidSect="00034616">
      <w:pgSz w:w="15840" w:h="122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1769692">
    <w:abstractNumId w:val="8"/>
  </w:num>
  <w:num w:numId="2" w16cid:durableId="1469279965">
    <w:abstractNumId w:val="6"/>
  </w:num>
  <w:num w:numId="3" w16cid:durableId="977954112">
    <w:abstractNumId w:val="5"/>
  </w:num>
  <w:num w:numId="4" w16cid:durableId="1763643524">
    <w:abstractNumId w:val="4"/>
  </w:num>
  <w:num w:numId="5" w16cid:durableId="399329935">
    <w:abstractNumId w:val="7"/>
  </w:num>
  <w:num w:numId="6" w16cid:durableId="930703703">
    <w:abstractNumId w:val="3"/>
  </w:num>
  <w:num w:numId="7" w16cid:durableId="1486048131">
    <w:abstractNumId w:val="2"/>
  </w:num>
  <w:num w:numId="8" w16cid:durableId="1901095875">
    <w:abstractNumId w:val="1"/>
  </w:num>
  <w:num w:numId="9" w16cid:durableId="124140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A188E"/>
    <w:rsid w:val="00A65357"/>
    <w:rsid w:val="00AA1D8D"/>
    <w:rsid w:val="00AD07A8"/>
    <w:rsid w:val="00B47730"/>
    <w:rsid w:val="00B9409C"/>
    <w:rsid w:val="00CB0664"/>
    <w:rsid w:val="00D028B5"/>
    <w:rsid w:val="00F933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903A26"/>
  <w14:defaultImageDpi w14:val="300"/>
  <w15:docId w15:val="{670CCDC4-5832-4FF3-9462-F84548290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Riley Blanton</cp:lastModifiedBy>
  <cp:revision>2</cp:revision>
  <cp:lastPrinted>2026-10-20T18:17:00Z</cp:lastPrinted>
  <dcterms:created xsi:type="dcterms:W3CDTF">2026-10-20T19:08:00Z</dcterms:created>
  <dcterms:modified xsi:type="dcterms:W3CDTF">2026-10-20T19:08:00Z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4f8adf3dc1ebc9011acd009009b93718d1aea3397388aadae83965ff5a1f5574</vt:lpwstr>
  </property>
</Properties>
</file>